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10DC56" w14:textId="77777777" w:rsidR="00986D4A" w:rsidRPr="008941E0" w:rsidRDefault="00E6507B">
      <w:pPr>
        <w:pStyle w:val="Titre"/>
        <w:jc w:val="center"/>
      </w:pPr>
      <w:r w:rsidRPr="008941E0">
        <w:t>PROCÈS-VERBAL DE RÉUNION DE GOUVERNANCE SSO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320"/>
        <w:gridCol w:w="4320"/>
      </w:tblGrid>
      <w:tr w:rsidR="00986D4A" w:rsidRPr="008941E0" w14:paraId="50CA67C2" w14:textId="77777777">
        <w:tc>
          <w:tcPr>
            <w:tcW w:w="4320" w:type="dxa"/>
          </w:tcPr>
          <w:p w14:paraId="16E1B526" w14:textId="77777777" w:rsidR="00986D4A" w:rsidRPr="008941E0" w:rsidRDefault="00E6507B">
            <w:r w:rsidRPr="008941E0">
              <w:t>Réf. Doc :</w:t>
            </w:r>
          </w:p>
        </w:tc>
        <w:tc>
          <w:tcPr>
            <w:tcW w:w="4320" w:type="dxa"/>
          </w:tcPr>
          <w:p w14:paraId="6BEF277A" w14:textId="77777777" w:rsidR="00986D4A" w:rsidRPr="008941E0" w:rsidRDefault="00E6507B">
            <w:r w:rsidRPr="008941E0">
              <w:t>SSO-PV-001</w:t>
            </w:r>
          </w:p>
        </w:tc>
      </w:tr>
      <w:tr w:rsidR="00986D4A" w:rsidRPr="008941E0" w14:paraId="6A93D150" w14:textId="77777777">
        <w:tc>
          <w:tcPr>
            <w:tcW w:w="4320" w:type="dxa"/>
          </w:tcPr>
          <w:p w14:paraId="7FFB61CD" w14:textId="77777777" w:rsidR="00986D4A" w:rsidRPr="008941E0" w:rsidRDefault="00E6507B">
            <w:r w:rsidRPr="008941E0">
              <w:t>Version :</w:t>
            </w:r>
          </w:p>
        </w:tc>
        <w:tc>
          <w:tcPr>
            <w:tcW w:w="4320" w:type="dxa"/>
          </w:tcPr>
          <w:p w14:paraId="69E3FDFD" w14:textId="77777777" w:rsidR="00986D4A" w:rsidRPr="008941E0" w:rsidRDefault="00E6507B">
            <w:r w:rsidRPr="008941E0">
              <w:t>1.0</w:t>
            </w:r>
          </w:p>
        </w:tc>
      </w:tr>
      <w:tr w:rsidR="00986D4A" w:rsidRPr="008941E0" w14:paraId="75BE7E4C" w14:textId="77777777">
        <w:tc>
          <w:tcPr>
            <w:tcW w:w="4320" w:type="dxa"/>
          </w:tcPr>
          <w:p w14:paraId="43D1D450" w14:textId="77777777" w:rsidR="00986D4A" w:rsidRPr="008941E0" w:rsidRDefault="00E6507B">
            <w:r w:rsidRPr="008941E0">
              <w:t>Date :</w:t>
            </w:r>
          </w:p>
        </w:tc>
        <w:tc>
          <w:tcPr>
            <w:tcW w:w="4320" w:type="dxa"/>
          </w:tcPr>
          <w:p w14:paraId="63CACA44" w14:textId="18EBBB2D" w:rsidR="00986D4A" w:rsidRPr="008941E0" w:rsidRDefault="00323570">
            <w:r>
              <w:t>03/04/2025</w:t>
            </w:r>
          </w:p>
        </w:tc>
      </w:tr>
      <w:tr w:rsidR="00986D4A" w:rsidRPr="008941E0" w14:paraId="6FEC123D" w14:textId="77777777">
        <w:tc>
          <w:tcPr>
            <w:tcW w:w="4320" w:type="dxa"/>
          </w:tcPr>
          <w:p w14:paraId="28002385" w14:textId="77777777" w:rsidR="00986D4A" w:rsidRPr="008941E0" w:rsidRDefault="00E6507B">
            <w:r w:rsidRPr="008941E0">
              <w:t>Approuvé par :</w:t>
            </w:r>
          </w:p>
        </w:tc>
        <w:tc>
          <w:tcPr>
            <w:tcW w:w="4320" w:type="dxa"/>
          </w:tcPr>
          <w:p w14:paraId="285F6D2D" w14:textId="2882D984" w:rsidR="00986D4A" w:rsidRPr="008941E0" w:rsidRDefault="00323570">
            <w:r>
              <w:t>CTO</w:t>
            </w:r>
          </w:p>
        </w:tc>
      </w:tr>
    </w:tbl>
    <w:p w14:paraId="4E84A585" w14:textId="77777777" w:rsidR="00986D4A" w:rsidRPr="008941E0" w:rsidRDefault="00986D4A"/>
    <w:p w14:paraId="51CEC6CB" w14:textId="77777777" w:rsidR="00986D4A" w:rsidRPr="008941E0" w:rsidRDefault="00E6507B">
      <w:pPr>
        <w:pStyle w:val="Titre2"/>
      </w:pPr>
      <w:r w:rsidRPr="008941E0">
        <w:t>1. Objet de la réunion</w:t>
      </w:r>
    </w:p>
    <w:p w14:paraId="04AD2DAB" w14:textId="77777777" w:rsidR="00986D4A" w:rsidRPr="008941E0" w:rsidRDefault="00E6507B">
      <w:r w:rsidRPr="008941E0">
        <w:t>Suivi de la performance Santé, Sécurité au Travail (SSO) et revue des objectifs annuels / indicateurs clés.</w:t>
      </w:r>
    </w:p>
    <w:p w14:paraId="45F1AD83" w14:textId="397F85E3" w:rsidR="00986D4A" w:rsidRPr="008941E0" w:rsidRDefault="00323570">
      <w:pPr>
        <w:pStyle w:val="Titre2"/>
      </w:pPr>
      <w:r>
        <w:t>2</w:t>
      </w:r>
      <w:r w:rsidR="00E6507B" w:rsidRPr="008941E0">
        <w:t>. Participants</w:t>
      </w:r>
    </w:p>
    <w:p w14:paraId="639A6702" w14:textId="7FFB5E5C" w:rsidR="00986D4A" w:rsidRPr="008941E0" w:rsidRDefault="00E6507B">
      <w:r w:rsidRPr="008941E0">
        <w:t>- Direction Générale</w:t>
      </w:r>
      <w:r w:rsidRPr="008941E0">
        <w:br/>
        <w:t>- Responsable QHSE</w:t>
      </w:r>
      <w:r w:rsidRPr="008941E0">
        <w:br/>
        <w:t>- Managers opérationnels</w:t>
      </w:r>
      <w:r w:rsidRPr="008941E0">
        <w:br/>
      </w:r>
    </w:p>
    <w:p w14:paraId="356EB190" w14:textId="752A1797" w:rsidR="00986D4A" w:rsidRPr="008941E0" w:rsidRDefault="00323570">
      <w:pPr>
        <w:pStyle w:val="Titre2"/>
      </w:pPr>
      <w:r>
        <w:t>3</w:t>
      </w:r>
      <w:r w:rsidR="00E6507B" w:rsidRPr="008941E0">
        <w:t>. Ordre du jour</w:t>
      </w:r>
    </w:p>
    <w:p w14:paraId="729EA21F" w14:textId="56EE629F" w:rsidR="00986D4A" w:rsidRPr="008941E0" w:rsidRDefault="00E6507B">
      <w:r w:rsidRPr="008941E0">
        <w:t>1. Présentation des objectifs annuels SSO et des indicateurs (KPI).</w:t>
      </w:r>
      <w:r w:rsidRPr="008941E0">
        <w:br/>
        <w:t>2. Revue de la performance (taux d’accidents, conformité légale, inspections, formations HSE, audits internes).</w:t>
      </w:r>
      <w:r w:rsidRPr="008941E0">
        <w:br/>
      </w:r>
      <w:r w:rsidR="00C4024B">
        <w:t>3</w:t>
      </w:r>
      <w:r w:rsidRPr="008941E0">
        <w:t>. Identification des points d’amélioration.</w:t>
      </w:r>
      <w:r w:rsidRPr="008941E0">
        <w:br/>
      </w:r>
      <w:r w:rsidR="00C4024B">
        <w:t>4</w:t>
      </w:r>
      <w:r w:rsidRPr="008941E0">
        <w:t>. Validation des actions correctives / préventives et responsabilités.</w:t>
      </w:r>
    </w:p>
    <w:p w14:paraId="4ABE8409" w14:textId="7BBC93E2" w:rsidR="00986D4A" w:rsidRPr="008941E0" w:rsidRDefault="00323570">
      <w:pPr>
        <w:pStyle w:val="Titre2"/>
      </w:pPr>
      <w:r>
        <w:t>4</w:t>
      </w:r>
      <w:r w:rsidR="00E6507B" w:rsidRPr="008941E0">
        <w:t>. Tableau des Indicateurs de Performance (KPI)</w:t>
      </w:r>
    </w:p>
    <w:tbl>
      <w:tblPr>
        <w:tblStyle w:val="Grilleclaire"/>
        <w:tblW w:w="0" w:type="auto"/>
        <w:tblLook w:val="04A0" w:firstRow="1" w:lastRow="0" w:firstColumn="1" w:lastColumn="0" w:noHBand="0" w:noVBand="1"/>
      </w:tblPr>
      <w:tblGrid>
        <w:gridCol w:w="1423"/>
        <w:gridCol w:w="942"/>
        <w:gridCol w:w="999"/>
        <w:gridCol w:w="2408"/>
        <w:gridCol w:w="1569"/>
        <w:gridCol w:w="1515"/>
      </w:tblGrid>
      <w:tr w:rsidR="008941E0" w:rsidRPr="008941E0" w14:paraId="0F934B78" w14:textId="77777777" w:rsidTr="00035B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</w:tcPr>
          <w:p w14:paraId="09DC2204" w14:textId="77777777" w:rsidR="008941E0" w:rsidRPr="008941E0" w:rsidRDefault="008941E0">
            <w:r w:rsidRPr="008941E0">
              <w:t>Indicateur</w:t>
            </w:r>
          </w:p>
        </w:tc>
        <w:tc>
          <w:tcPr>
            <w:tcW w:w="942" w:type="dxa"/>
          </w:tcPr>
          <w:p w14:paraId="5D11B7A3" w14:textId="77777777" w:rsidR="008941E0" w:rsidRPr="008941E0" w:rsidRDefault="008941E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8941E0">
              <w:t>Objectif Annuel</w:t>
            </w:r>
          </w:p>
        </w:tc>
        <w:tc>
          <w:tcPr>
            <w:tcW w:w="999" w:type="dxa"/>
          </w:tcPr>
          <w:p w14:paraId="0BBECD4C" w14:textId="77777777" w:rsidR="008941E0" w:rsidRPr="008941E0" w:rsidRDefault="008941E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8941E0">
              <w:t>Résultat Actuel</w:t>
            </w:r>
          </w:p>
        </w:tc>
        <w:tc>
          <w:tcPr>
            <w:tcW w:w="2408" w:type="dxa"/>
          </w:tcPr>
          <w:p w14:paraId="1BC0FF41" w14:textId="28B7E3E9" w:rsidR="008941E0" w:rsidRPr="008941E0" w:rsidRDefault="008941E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8941E0">
              <w:t>Non-Conformité / incident</w:t>
            </w:r>
          </w:p>
        </w:tc>
        <w:tc>
          <w:tcPr>
            <w:tcW w:w="1569" w:type="dxa"/>
          </w:tcPr>
          <w:p w14:paraId="1F5432AA" w14:textId="2DB2ED4F" w:rsidR="008941E0" w:rsidRPr="008941E0" w:rsidRDefault="008941E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Correctifs</w:t>
            </w:r>
          </w:p>
        </w:tc>
        <w:tc>
          <w:tcPr>
            <w:tcW w:w="1515" w:type="dxa"/>
          </w:tcPr>
          <w:p w14:paraId="31D6915C" w14:textId="345AED73" w:rsidR="008941E0" w:rsidRPr="008941E0" w:rsidRDefault="008941E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8941E0">
              <w:t>Statut</w:t>
            </w:r>
          </w:p>
        </w:tc>
      </w:tr>
      <w:tr w:rsidR="00035B5D" w:rsidRPr="008941E0" w14:paraId="6EA7BD04" w14:textId="77777777" w:rsidTr="00035B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  <w:vMerge w:val="restart"/>
          </w:tcPr>
          <w:p w14:paraId="20C2F44A" w14:textId="3A6684DE" w:rsidR="00035B5D" w:rsidRPr="008941E0" w:rsidRDefault="00035B5D">
            <w:r w:rsidRPr="008941E0">
              <w:t xml:space="preserve">Taux </w:t>
            </w:r>
            <w:r>
              <w:t xml:space="preserve">de </w:t>
            </w:r>
            <w:r w:rsidRPr="008941E0">
              <w:t xml:space="preserve">Non-Conformité / </w:t>
            </w:r>
            <w:r>
              <w:t>I</w:t>
            </w:r>
            <w:r w:rsidRPr="008941E0">
              <w:t>ncident avec arrêt</w:t>
            </w:r>
          </w:p>
        </w:tc>
        <w:tc>
          <w:tcPr>
            <w:tcW w:w="942" w:type="dxa"/>
            <w:vMerge w:val="restart"/>
          </w:tcPr>
          <w:p w14:paraId="72228F79" w14:textId="77777777" w:rsidR="00035B5D" w:rsidRPr="008941E0" w:rsidRDefault="00035B5D" w:rsidP="008941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0</w:t>
            </w:r>
          </w:p>
        </w:tc>
        <w:tc>
          <w:tcPr>
            <w:tcW w:w="999" w:type="dxa"/>
            <w:vMerge w:val="restart"/>
          </w:tcPr>
          <w:p w14:paraId="32E717EF" w14:textId="77777777" w:rsidR="00035B5D" w:rsidRPr="008941E0" w:rsidRDefault="00035B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3</w:t>
            </w:r>
          </w:p>
        </w:tc>
        <w:tc>
          <w:tcPr>
            <w:tcW w:w="2408" w:type="dxa"/>
          </w:tcPr>
          <w:p w14:paraId="4F414298" w14:textId="35A56A67" w:rsidR="00035B5D" w:rsidRPr="008941E0" w:rsidRDefault="00035B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Panne mécanique : Bougies + Réservoir d’eau endommagé </w:t>
            </w:r>
          </w:p>
        </w:tc>
        <w:tc>
          <w:tcPr>
            <w:tcW w:w="1569" w:type="dxa"/>
            <w:vMerge w:val="restart"/>
          </w:tcPr>
          <w:p w14:paraId="36142306" w14:textId="0A5590FE" w:rsidR="00035B5D" w:rsidRPr="008941E0" w:rsidRDefault="00035B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Suivie régulier de l’état des véhicules</w:t>
            </w:r>
          </w:p>
        </w:tc>
        <w:tc>
          <w:tcPr>
            <w:tcW w:w="1515" w:type="dxa"/>
          </w:tcPr>
          <w:p w14:paraId="668DF2C7" w14:textId="7C286E15" w:rsidR="00035B5D" w:rsidRPr="008941E0" w:rsidRDefault="00035B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En amélioration</w:t>
            </w:r>
          </w:p>
        </w:tc>
      </w:tr>
      <w:tr w:rsidR="00035B5D" w:rsidRPr="008941E0" w14:paraId="4738659C" w14:textId="77777777" w:rsidTr="00035B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  <w:vMerge/>
          </w:tcPr>
          <w:p w14:paraId="39F855DC" w14:textId="77777777" w:rsidR="00035B5D" w:rsidRPr="008941E0" w:rsidRDefault="00035B5D"/>
        </w:tc>
        <w:tc>
          <w:tcPr>
            <w:tcW w:w="942" w:type="dxa"/>
            <w:vMerge/>
          </w:tcPr>
          <w:p w14:paraId="0702A295" w14:textId="77777777" w:rsidR="00035B5D" w:rsidRPr="008941E0" w:rsidRDefault="00035B5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999" w:type="dxa"/>
            <w:vMerge/>
          </w:tcPr>
          <w:p w14:paraId="0B23D073" w14:textId="77777777" w:rsidR="00035B5D" w:rsidRPr="008941E0" w:rsidRDefault="00035B5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2408" w:type="dxa"/>
          </w:tcPr>
          <w:p w14:paraId="699AC090" w14:textId="6392CE3E" w:rsidR="00035B5D" w:rsidRPr="008941E0" w:rsidRDefault="00035B5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 xml:space="preserve">Panne mécanique : fuite d’eau indétecté au niveau du circuit de refroidissement / Moteur surchauffé </w:t>
            </w:r>
          </w:p>
        </w:tc>
        <w:tc>
          <w:tcPr>
            <w:tcW w:w="1569" w:type="dxa"/>
            <w:vMerge/>
          </w:tcPr>
          <w:p w14:paraId="6B803D7C" w14:textId="77777777" w:rsidR="00035B5D" w:rsidRPr="008941E0" w:rsidRDefault="00035B5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515" w:type="dxa"/>
          </w:tcPr>
          <w:p w14:paraId="78008698" w14:textId="3D907FB6" w:rsidR="00035B5D" w:rsidRPr="008941E0" w:rsidRDefault="00035B5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</w:tr>
      <w:tr w:rsidR="008941E0" w:rsidRPr="008941E0" w14:paraId="7D703F9B" w14:textId="77777777" w:rsidTr="00035B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  <w:vMerge/>
          </w:tcPr>
          <w:p w14:paraId="3F85AFA9" w14:textId="77777777" w:rsidR="008941E0" w:rsidRPr="008941E0" w:rsidRDefault="008941E0"/>
        </w:tc>
        <w:tc>
          <w:tcPr>
            <w:tcW w:w="942" w:type="dxa"/>
            <w:vMerge/>
          </w:tcPr>
          <w:p w14:paraId="06B0C149" w14:textId="77777777" w:rsidR="008941E0" w:rsidRPr="008941E0" w:rsidRDefault="008941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999" w:type="dxa"/>
            <w:vMerge/>
          </w:tcPr>
          <w:p w14:paraId="45F3CDA8" w14:textId="77777777" w:rsidR="008941E0" w:rsidRPr="008941E0" w:rsidRDefault="008941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408" w:type="dxa"/>
          </w:tcPr>
          <w:p w14:paraId="01A16C5F" w14:textId="0E390F63" w:rsidR="008941E0" w:rsidRPr="008941E0" w:rsidRDefault="008941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Saisie du matériel et arrêt forcé de la mission de la part des agents de police.</w:t>
            </w:r>
          </w:p>
        </w:tc>
        <w:tc>
          <w:tcPr>
            <w:tcW w:w="1569" w:type="dxa"/>
          </w:tcPr>
          <w:p w14:paraId="3AAECE4B" w14:textId="37188063" w:rsidR="008941E0" w:rsidRPr="008941E0" w:rsidRDefault="00035B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Annoncer auprès des autorités avant de lancer la mission / </w:t>
            </w:r>
            <w:r>
              <w:lastRenderedPageBreak/>
              <w:t>Communiquer</w:t>
            </w:r>
            <w:r w:rsidR="009E6529">
              <w:t xml:space="preserve"> </w:t>
            </w:r>
            <w:proofErr w:type="gramStart"/>
            <w:r w:rsidR="009E6529">
              <w:t>le plans</w:t>
            </w:r>
            <w:proofErr w:type="gramEnd"/>
            <w:r w:rsidR="009E6529">
              <w:t xml:space="preserve"> de mission au</w:t>
            </w:r>
            <w:r>
              <w:t xml:space="preserve"> directeur Régional TT </w:t>
            </w:r>
          </w:p>
        </w:tc>
        <w:tc>
          <w:tcPr>
            <w:tcW w:w="1515" w:type="dxa"/>
          </w:tcPr>
          <w:p w14:paraId="35259274" w14:textId="0B394260" w:rsidR="008941E0" w:rsidRPr="008941E0" w:rsidRDefault="003D0D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lastRenderedPageBreak/>
              <w:t>Fait</w:t>
            </w:r>
          </w:p>
        </w:tc>
      </w:tr>
      <w:tr w:rsidR="008941E0" w:rsidRPr="008941E0" w14:paraId="587CDF33" w14:textId="77777777" w:rsidTr="00035B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</w:tcPr>
          <w:p w14:paraId="340B44E8" w14:textId="77777777" w:rsidR="008941E0" w:rsidRPr="008941E0" w:rsidRDefault="008941E0">
            <w:r w:rsidRPr="008941E0">
              <w:t>Taux de conformité inspections sites</w:t>
            </w:r>
          </w:p>
        </w:tc>
        <w:tc>
          <w:tcPr>
            <w:tcW w:w="942" w:type="dxa"/>
          </w:tcPr>
          <w:p w14:paraId="2F5F34E6" w14:textId="77777777" w:rsidR="008941E0" w:rsidRPr="008941E0" w:rsidRDefault="008941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8941E0">
              <w:t>100%</w:t>
            </w:r>
          </w:p>
        </w:tc>
        <w:tc>
          <w:tcPr>
            <w:tcW w:w="999" w:type="dxa"/>
          </w:tcPr>
          <w:p w14:paraId="727D335E" w14:textId="77777777" w:rsidR="008941E0" w:rsidRPr="008941E0" w:rsidRDefault="008941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8941E0">
              <w:t>92%</w:t>
            </w:r>
          </w:p>
        </w:tc>
        <w:tc>
          <w:tcPr>
            <w:tcW w:w="2408" w:type="dxa"/>
          </w:tcPr>
          <w:p w14:paraId="67749422" w14:textId="497C3F57" w:rsidR="008941E0" w:rsidRPr="008941E0" w:rsidRDefault="00035B5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Absences du gilet réfléchissant</w:t>
            </w:r>
          </w:p>
        </w:tc>
        <w:tc>
          <w:tcPr>
            <w:tcW w:w="1569" w:type="dxa"/>
          </w:tcPr>
          <w:p w14:paraId="54BFAE44" w14:textId="4F74C9C4" w:rsidR="008941E0" w:rsidRPr="008941E0" w:rsidRDefault="00035B5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Sensibiliser l’équipe par rapport l’importance des EPI</w:t>
            </w:r>
          </w:p>
        </w:tc>
        <w:tc>
          <w:tcPr>
            <w:tcW w:w="1515" w:type="dxa"/>
          </w:tcPr>
          <w:p w14:paraId="482898DB" w14:textId="636EAE90" w:rsidR="008941E0" w:rsidRPr="008941E0" w:rsidRDefault="003D0D1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Fait</w:t>
            </w:r>
          </w:p>
        </w:tc>
      </w:tr>
      <w:tr w:rsidR="003D0D17" w:rsidRPr="008941E0" w14:paraId="1EEEBFAD" w14:textId="77777777" w:rsidTr="00035B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</w:tcPr>
          <w:p w14:paraId="498B98F8" w14:textId="77777777" w:rsidR="003D0D17" w:rsidRPr="008941E0" w:rsidRDefault="003D0D17" w:rsidP="003D0D17">
            <w:r w:rsidRPr="008941E0">
              <w:t>Taux de formation HSE des techniciens</w:t>
            </w:r>
          </w:p>
        </w:tc>
        <w:tc>
          <w:tcPr>
            <w:tcW w:w="942" w:type="dxa"/>
          </w:tcPr>
          <w:p w14:paraId="0B783C16" w14:textId="42DF17E3" w:rsidR="003D0D17" w:rsidRPr="008941E0" w:rsidRDefault="003D0D17" w:rsidP="003D0D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100</w:t>
            </w:r>
            <w:r w:rsidRPr="008941E0">
              <w:t>%</w:t>
            </w:r>
          </w:p>
        </w:tc>
        <w:tc>
          <w:tcPr>
            <w:tcW w:w="999" w:type="dxa"/>
          </w:tcPr>
          <w:p w14:paraId="1EA5D13D" w14:textId="22F7F34B" w:rsidR="003D0D17" w:rsidRPr="008941E0" w:rsidRDefault="003D0D17" w:rsidP="003D0D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75</w:t>
            </w:r>
            <w:r w:rsidRPr="008941E0">
              <w:t>%</w:t>
            </w:r>
          </w:p>
        </w:tc>
        <w:tc>
          <w:tcPr>
            <w:tcW w:w="2408" w:type="dxa"/>
          </w:tcPr>
          <w:p w14:paraId="549E8CF6" w14:textId="77777777" w:rsidR="003D0D17" w:rsidRPr="008941E0" w:rsidRDefault="003D0D17" w:rsidP="003D0D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569" w:type="dxa"/>
          </w:tcPr>
          <w:p w14:paraId="3CF7D16B" w14:textId="5617775D" w:rsidR="003D0D17" w:rsidRPr="008941E0" w:rsidRDefault="003D0D17" w:rsidP="003D0D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Planifier les sessions de formation pour les nouveaux membres de l’équipe</w:t>
            </w:r>
          </w:p>
        </w:tc>
        <w:tc>
          <w:tcPr>
            <w:tcW w:w="1515" w:type="dxa"/>
          </w:tcPr>
          <w:p w14:paraId="5A58E24E" w14:textId="317DFAE4" w:rsidR="003D0D17" w:rsidRPr="008941E0" w:rsidRDefault="003D0D17" w:rsidP="003D0D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En amélioration</w:t>
            </w:r>
          </w:p>
        </w:tc>
      </w:tr>
      <w:tr w:rsidR="003D0D17" w:rsidRPr="008941E0" w14:paraId="0F0AE955" w14:textId="77777777" w:rsidTr="00035B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</w:tcPr>
          <w:p w14:paraId="483C148F" w14:textId="77777777" w:rsidR="003D0D17" w:rsidRPr="008941E0" w:rsidRDefault="003D0D17" w:rsidP="003D0D17">
            <w:r w:rsidRPr="008941E0">
              <w:t>Nombre d’audits internes réalisés</w:t>
            </w:r>
          </w:p>
        </w:tc>
        <w:tc>
          <w:tcPr>
            <w:tcW w:w="942" w:type="dxa"/>
          </w:tcPr>
          <w:p w14:paraId="43ED7B14" w14:textId="4ECD7710" w:rsidR="003D0D17" w:rsidRPr="003D0D17" w:rsidRDefault="003D0D17" w:rsidP="003D0D1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3D0D17">
              <w:t>2/an</w:t>
            </w:r>
          </w:p>
        </w:tc>
        <w:tc>
          <w:tcPr>
            <w:tcW w:w="999" w:type="dxa"/>
          </w:tcPr>
          <w:p w14:paraId="089792E6" w14:textId="6345E378" w:rsidR="003D0D17" w:rsidRPr="003D0D17" w:rsidRDefault="009E6529" w:rsidP="003D0D1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 xml:space="preserve">1 </w:t>
            </w:r>
            <w:r w:rsidR="003D0D17" w:rsidRPr="003D0D17">
              <w:t>réalisé</w:t>
            </w:r>
          </w:p>
        </w:tc>
        <w:tc>
          <w:tcPr>
            <w:tcW w:w="2408" w:type="dxa"/>
          </w:tcPr>
          <w:p w14:paraId="4EF82BFF" w14:textId="77777777" w:rsidR="003D0D17" w:rsidRPr="008941E0" w:rsidRDefault="003D0D17" w:rsidP="003D0D1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569" w:type="dxa"/>
          </w:tcPr>
          <w:p w14:paraId="02FDD4AE" w14:textId="77777777" w:rsidR="003D0D17" w:rsidRPr="008941E0" w:rsidRDefault="003D0D17" w:rsidP="003D0D1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515" w:type="dxa"/>
          </w:tcPr>
          <w:p w14:paraId="39EB32DC" w14:textId="0A29DC87" w:rsidR="003D0D17" w:rsidRPr="008941E0" w:rsidRDefault="003D0D17" w:rsidP="003D0D1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8941E0">
              <w:t>En retard</w:t>
            </w:r>
          </w:p>
        </w:tc>
      </w:tr>
    </w:tbl>
    <w:p w14:paraId="30A61954" w14:textId="796DB853" w:rsidR="00986D4A" w:rsidRPr="008941E0" w:rsidRDefault="00323570">
      <w:pPr>
        <w:pStyle w:val="Titre2"/>
      </w:pPr>
      <w:r>
        <w:t>5</w:t>
      </w:r>
      <w:r w:rsidR="00E6507B" w:rsidRPr="008941E0">
        <w:t>. Plan d’Actions Correctives et Préventives</w:t>
      </w:r>
    </w:p>
    <w:tbl>
      <w:tblPr>
        <w:tblStyle w:val="Grilleclaire"/>
        <w:tblW w:w="0" w:type="auto"/>
        <w:tblLook w:val="04A0" w:firstRow="1" w:lastRow="0" w:firstColumn="1" w:lastColumn="0" w:noHBand="0" w:noVBand="1"/>
      </w:tblPr>
      <w:tblGrid>
        <w:gridCol w:w="1728"/>
        <w:gridCol w:w="1728"/>
        <w:gridCol w:w="1728"/>
        <w:gridCol w:w="1728"/>
        <w:gridCol w:w="1728"/>
      </w:tblGrid>
      <w:tr w:rsidR="00986D4A" w:rsidRPr="008941E0" w14:paraId="7B9076B9" w14:textId="77777777" w:rsidTr="00986D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8" w:type="dxa"/>
          </w:tcPr>
          <w:p w14:paraId="6F266EE0" w14:textId="77777777" w:rsidR="00986D4A" w:rsidRPr="008941E0" w:rsidRDefault="00E6507B">
            <w:r w:rsidRPr="008941E0">
              <w:t>Action</w:t>
            </w:r>
          </w:p>
        </w:tc>
        <w:tc>
          <w:tcPr>
            <w:tcW w:w="1728" w:type="dxa"/>
          </w:tcPr>
          <w:p w14:paraId="30786C88" w14:textId="77777777" w:rsidR="00986D4A" w:rsidRPr="008941E0" w:rsidRDefault="00E650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8941E0">
              <w:t>Responsable</w:t>
            </w:r>
          </w:p>
        </w:tc>
        <w:tc>
          <w:tcPr>
            <w:tcW w:w="1728" w:type="dxa"/>
          </w:tcPr>
          <w:p w14:paraId="16E85947" w14:textId="77777777" w:rsidR="00986D4A" w:rsidRPr="008941E0" w:rsidRDefault="00E650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8941E0">
              <w:t>Échéance</w:t>
            </w:r>
          </w:p>
        </w:tc>
        <w:tc>
          <w:tcPr>
            <w:tcW w:w="1728" w:type="dxa"/>
          </w:tcPr>
          <w:p w14:paraId="6AB5B149" w14:textId="77777777" w:rsidR="00986D4A" w:rsidRPr="008941E0" w:rsidRDefault="00E650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8941E0">
              <w:t>Statut</w:t>
            </w:r>
          </w:p>
        </w:tc>
        <w:tc>
          <w:tcPr>
            <w:tcW w:w="1728" w:type="dxa"/>
          </w:tcPr>
          <w:p w14:paraId="575F3C13" w14:textId="77777777" w:rsidR="00986D4A" w:rsidRPr="008941E0" w:rsidRDefault="00E650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8941E0">
              <w:t>Commentaires</w:t>
            </w:r>
          </w:p>
        </w:tc>
      </w:tr>
      <w:tr w:rsidR="00986D4A" w:rsidRPr="008941E0" w14:paraId="7CE09FD7" w14:textId="77777777" w:rsidTr="00986D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8" w:type="dxa"/>
          </w:tcPr>
          <w:p w14:paraId="70277E88" w14:textId="77777777" w:rsidR="00986D4A" w:rsidRPr="008941E0" w:rsidRDefault="00E6507B">
            <w:r w:rsidRPr="008941E0">
              <w:t>Renforcer la sensibilisation sécurité (campagne interne)</w:t>
            </w:r>
          </w:p>
        </w:tc>
        <w:tc>
          <w:tcPr>
            <w:tcW w:w="1728" w:type="dxa"/>
          </w:tcPr>
          <w:p w14:paraId="362E13D4" w14:textId="77777777" w:rsidR="00986D4A" w:rsidRPr="008941E0" w:rsidRDefault="00E65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Responsable QHSE</w:t>
            </w:r>
          </w:p>
        </w:tc>
        <w:tc>
          <w:tcPr>
            <w:tcW w:w="1728" w:type="dxa"/>
          </w:tcPr>
          <w:p w14:paraId="20BB7F90" w14:textId="77777777" w:rsidR="00986D4A" w:rsidRPr="008941E0" w:rsidRDefault="00E65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30/09/2025</w:t>
            </w:r>
          </w:p>
        </w:tc>
        <w:tc>
          <w:tcPr>
            <w:tcW w:w="1728" w:type="dxa"/>
          </w:tcPr>
          <w:p w14:paraId="54197F18" w14:textId="77777777" w:rsidR="00986D4A" w:rsidRPr="008941E0" w:rsidRDefault="00E65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En cours</w:t>
            </w:r>
          </w:p>
        </w:tc>
        <w:tc>
          <w:tcPr>
            <w:tcW w:w="1728" w:type="dxa"/>
          </w:tcPr>
          <w:p w14:paraId="712D9601" w14:textId="77777777" w:rsidR="00986D4A" w:rsidRPr="008941E0" w:rsidRDefault="00E65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Matériel en préparation</w:t>
            </w:r>
          </w:p>
        </w:tc>
      </w:tr>
      <w:tr w:rsidR="00986D4A" w:rsidRPr="008941E0" w14:paraId="2B53780C" w14:textId="77777777" w:rsidTr="00986D4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8" w:type="dxa"/>
          </w:tcPr>
          <w:p w14:paraId="5061087F" w14:textId="77777777" w:rsidR="00986D4A" w:rsidRPr="008941E0" w:rsidRDefault="00E6507B">
            <w:r w:rsidRPr="008941E0">
              <w:t>Former 100% des techniciens aux EPI</w:t>
            </w:r>
          </w:p>
        </w:tc>
        <w:tc>
          <w:tcPr>
            <w:tcW w:w="1728" w:type="dxa"/>
          </w:tcPr>
          <w:p w14:paraId="358FC0B0" w14:textId="77777777" w:rsidR="00986D4A" w:rsidRPr="008941E0" w:rsidRDefault="00E6507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8941E0">
              <w:t>Manager technique</w:t>
            </w:r>
          </w:p>
        </w:tc>
        <w:tc>
          <w:tcPr>
            <w:tcW w:w="1728" w:type="dxa"/>
          </w:tcPr>
          <w:p w14:paraId="66DFDD87" w14:textId="77777777" w:rsidR="00986D4A" w:rsidRPr="008941E0" w:rsidRDefault="00E6507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8941E0">
              <w:t>15/08/2025</w:t>
            </w:r>
          </w:p>
        </w:tc>
        <w:tc>
          <w:tcPr>
            <w:tcW w:w="1728" w:type="dxa"/>
          </w:tcPr>
          <w:p w14:paraId="354269B9" w14:textId="77777777" w:rsidR="00986D4A" w:rsidRPr="008941E0" w:rsidRDefault="00E6507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8941E0">
              <w:t>En retard</w:t>
            </w:r>
          </w:p>
        </w:tc>
        <w:tc>
          <w:tcPr>
            <w:tcW w:w="1728" w:type="dxa"/>
          </w:tcPr>
          <w:p w14:paraId="4FDEA457" w14:textId="108D4809" w:rsidR="00986D4A" w:rsidRPr="008941E0" w:rsidRDefault="00947D4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80</w:t>
            </w:r>
            <w:r w:rsidRPr="008941E0">
              <w:t>% réalisé</w:t>
            </w:r>
          </w:p>
        </w:tc>
      </w:tr>
      <w:tr w:rsidR="00986D4A" w:rsidRPr="008941E0" w14:paraId="3E67E995" w14:textId="77777777" w:rsidTr="00986D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8" w:type="dxa"/>
          </w:tcPr>
          <w:p w14:paraId="7D228F24" w14:textId="77777777" w:rsidR="00986D4A" w:rsidRPr="008941E0" w:rsidRDefault="00E6507B">
            <w:r w:rsidRPr="008941E0">
              <w:t>Atteindre 100% conformité inspection sites</w:t>
            </w:r>
          </w:p>
        </w:tc>
        <w:tc>
          <w:tcPr>
            <w:tcW w:w="1728" w:type="dxa"/>
          </w:tcPr>
          <w:p w14:paraId="31DA4181" w14:textId="77777777" w:rsidR="00986D4A" w:rsidRPr="008941E0" w:rsidRDefault="00E65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Chef d'équipe terrain</w:t>
            </w:r>
          </w:p>
        </w:tc>
        <w:tc>
          <w:tcPr>
            <w:tcW w:w="1728" w:type="dxa"/>
          </w:tcPr>
          <w:p w14:paraId="1D0FBB38" w14:textId="77777777" w:rsidR="00986D4A" w:rsidRPr="008941E0" w:rsidRDefault="00E65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31/12/2025</w:t>
            </w:r>
          </w:p>
        </w:tc>
        <w:tc>
          <w:tcPr>
            <w:tcW w:w="1728" w:type="dxa"/>
          </w:tcPr>
          <w:p w14:paraId="7F8E2683" w14:textId="77777777" w:rsidR="00986D4A" w:rsidRPr="008941E0" w:rsidRDefault="00E65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En cours</w:t>
            </w:r>
          </w:p>
        </w:tc>
        <w:tc>
          <w:tcPr>
            <w:tcW w:w="1728" w:type="dxa"/>
          </w:tcPr>
          <w:p w14:paraId="0B686142" w14:textId="77777777" w:rsidR="00986D4A" w:rsidRPr="008941E0" w:rsidRDefault="00E65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941E0">
              <w:t>Nécessite suivi plus strict</w:t>
            </w:r>
          </w:p>
        </w:tc>
      </w:tr>
    </w:tbl>
    <w:p w14:paraId="3378D358" w14:textId="5A93B5C4" w:rsidR="00986D4A" w:rsidRPr="008941E0" w:rsidRDefault="00323570">
      <w:pPr>
        <w:pStyle w:val="Titre2"/>
      </w:pPr>
      <w:r>
        <w:t>6</w:t>
      </w:r>
      <w:r w:rsidR="00E6507B" w:rsidRPr="008941E0">
        <w:t>. Prochaine réunion</w:t>
      </w:r>
    </w:p>
    <w:p w14:paraId="3D50A51F" w14:textId="61504ADA" w:rsidR="00986D4A" w:rsidRPr="008941E0" w:rsidRDefault="00E6507B">
      <w:r w:rsidRPr="008941E0">
        <w:t>Planifiée le</w:t>
      </w:r>
      <w:r w:rsidR="00E6490F">
        <w:t> :</w:t>
      </w:r>
      <w:r w:rsidR="00323570">
        <w:t xml:space="preserve"> </w:t>
      </w:r>
      <w:r w:rsidR="00E6490F">
        <w:t>Octobre</w:t>
      </w:r>
      <w:r w:rsidR="00323570">
        <w:t xml:space="preserve"> 2025</w:t>
      </w:r>
    </w:p>
    <w:p w14:paraId="262BBF4A" w14:textId="77777777" w:rsidR="00323570" w:rsidRDefault="00323570">
      <w:pPr>
        <w:pStyle w:val="Titre2"/>
      </w:pPr>
    </w:p>
    <w:p w14:paraId="4141E6A5" w14:textId="77777777" w:rsidR="00323570" w:rsidRDefault="00323570">
      <w:pPr>
        <w:pStyle w:val="Titre2"/>
      </w:pPr>
    </w:p>
    <w:p w14:paraId="421F51DA" w14:textId="77777777" w:rsidR="00323570" w:rsidRDefault="00323570" w:rsidP="00323570"/>
    <w:p w14:paraId="7601D7C6" w14:textId="77777777" w:rsidR="00323570" w:rsidRPr="00323570" w:rsidRDefault="00323570" w:rsidP="00323570"/>
    <w:p w14:paraId="59DB5B0B" w14:textId="183A1AE4" w:rsidR="00986D4A" w:rsidRPr="008941E0" w:rsidRDefault="00E6507B">
      <w:pPr>
        <w:pStyle w:val="Titre2"/>
      </w:pPr>
      <w:r w:rsidRPr="008941E0">
        <w:lastRenderedPageBreak/>
        <w:t>Signatures</w:t>
      </w:r>
    </w:p>
    <w:p w14:paraId="352C0FC5" w14:textId="77777777" w:rsidR="00323570" w:rsidRDefault="00323570" w:rsidP="00323570"/>
    <w:p w14:paraId="0CCE6CA5" w14:textId="4693F508" w:rsidR="00323570" w:rsidRDefault="00323570" w:rsidP="00323570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11EF81A" wp14:editId="6C20B989">
                <wp:simplePos x="0" y="0"/>
                <wp:positionH relativeFrom="column">
                  <wp:posOffset>1524000</wp:posOffset>
                </wp:positionH>
                <wp:positionV relativeFrom="paragraph">
                  <wp:posOffset>27940</wp:posOffset>
                </wp:positionV>
                <wp:extent cx="2738120" cy="2207895"/>
                <wp:effectExtent l="0" t="0" r="0" b="1905"/>
                <wp:wrapNone/>
                <wp:docPr id="1182828327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8120" cy="2207895"/>
                          <a:chOff x="0" y="0"/>
                          <a:chExt cx="2738120" cy="2207895"/>
                        </a:xfrm>
                      </wpg:grpSpPr>
                      <pic:pic xmlns:pic="http://schemas.openxmlformats.org/drawingml/2006/picture">
                        <pic:nvPicPr>
                          <pic:cNvPr id="1088713640" name="Image 2" descr="Une image contenant art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020" y="792480"/>
                            <a:ext cx="219710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2459543" name="Image 1" descr="Une image contenant écriture manuscrite, Dessin d’enfant, calligraphie, encre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9900" b="91774" l="5967" r="90300">
                                        <a14:foregroundMark x1="5967" y1="74749" x2="17867" y2="82544"/>
                                        <a14:foregroundMark x1="53100" y1="91822" x2="53100" y2="91822"/>
                                        <a14:foregroundMark x1="56567" y1="89670" x2="55567" y2="91822"/>
                                        <a14:foregroundMark x1="76900" y1="27068" x2="81367" y2="35581"/>
                                        <a14:foregroundMark x1="89333" y1="56958" x2="87333" y2="66906"/>
                                        <a14:foregroundMark x1="90300" y1="55524" x2="87333" y2="5408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780" y="0"/>
                            <a:ext cx="1320800" cy="92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8699785" name="Image 3" descr="Une image contenant texte, Police, cercle, logo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3632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035F4A" id="Groupe 4" o:spid="_x0000_s1026" style="position:absolute;margin-left:120pt;margin-top:2.2pt;width:215.6pt;height:173.85pt;z-index:251659264" coordsize="27381,2207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alt="Une image contenant art&#10;&#10;Le contenu généré par l’IA peut être incorrect." style="position:absolute;left:5410;top:7924;width:21971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">
                  <v:imagedata r:id="rId12" o:title="Une image contenant art&#10;&#10;Le contenu généré par l’IA peut être incorrect"/>
                </v:shape>
                <v:shape id="Image 1" o:spid="_x0000_s1028" type="#_x0000_t75" alt="Une image contenant écriture manuscrite, Dessin d’enfant, calligraphie, encre&#10;&#10;Le contenu généré par l’IA peut être incorrect." style="position:absolute;left:12877;width:13208;height:9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">
                  <v:imagedata r:id="rId13" o:title="Une image contenant écriture manuscrite, Dessin d’enfant, calligraphie, encre&#10;&#10;Le contenu généré par l’IA peut être incorrect"/>
                </v:shape>
                <v:shape id="Image 3" o:spid="_x0000_s1029" type="#_x0000_t75" alt="Une image contenant texte, Police, cercle, logo&#10;&#10;Le contenu généré par l’IA peut être incorrect." style="position:absolute;top:10363;width:11715;height:1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">
                  <v:imagedata r:id="rId14" o:title="Une image contenant texte, Police, cercle, logo&#10;&#10;Le contenu généré par l’IA peut être incorrect"/>
                </v:shape>
              </v:group>
            </w:pict>
          </mc:Fallback>
        </mc:AlternateContent>
      </w:r>
      <w:r w:rsidRPr="00542099">
        <w:t xml:space="preserve">Fait à Tunis, le </w:t>
      </w:r>
      <w:r>
        <w:t>31/03/2025</w:t>
      </w:r>
    </w:p>
    <w:p w14:paraId="662AC045" w14:textId="77777777" w:rsidR="00323570" w:rsidRPr="00542099" w:rsidRDefault="00323570" w:rsidP="00323570">
      <w:r w:rsidRPr="00542099">
        <w:br/>
        <w:t xml:space="preserve">Établi par : </w:t>
      </w:r>
      <w:r>
        <w:t>JEBARI Ahmed, responsable QHSE</w:t>
      </w:r>
      <w:r w:rsidRPr="00542099">
        <w:br/>
      </w:r>
      <w:r w:rsidRPr="00542099">
        <w:br/>
        <w:t xml:space="preserve">Approuvé par : </w:t>
      </w:r>
      <w:r>
        <w:t>Taieb MASMOUDI, CTO</w:t>
      </w:r>
      <w:r w:rsidRPr="00542099">
        <w:br/>
      </w:r>
      <w:r w:rsidRPr="00542099">
        <w:br/>
        <w:t>Cachet officiel de l’entreprise.</w:t>
      </w:r>
    </w:p>
    <w:p w14:paraId="4F40AB75" w14:textId="3F2DA419" w:rsidR="00986D4A" w:rsidRPr="00846CD4" w:rsidRDefault="00986D4A" w:rsidP="00323570"/>
    <w:sectPr w:rsidR="00986D4A" w:rsidRPr="00846CD4" w:rsidSect="00B615F6">
      <w:headerReference w:type="default" r:id="rId15"/>
      <w:footerReference w:type="default" r:id="rId16"/>
      <w:pgSz w:w="12240" w:h="15840"/>
      <w:pgMar w:top="1440" w:right="1800" w:bottom="1440" w:left="1800" w:header="720" w:footer="12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AAF3EA" w14:textId="77777777" w:rsidR="00743A2F" w:rsidRPr="008941E0" w:rsidRDefault="00743A2F">
      <w:pPr>
        <w:spacing w:after="0" w:line="240" w:lineRule="auto"/>
      </w:pPr>
      <w:r w:rsidRPr="008941E0">
        <w:separator/>
      </w:r>
    </w:p>
  </w:endnote>
  <w:endnote w:type="continuationSeparator" w:id="0">
    <w:p w14:paraId="299527A5" w14:textId="77777777" w:rsidR="00743A2F" w:rsidRPr="008941E0" w:rsidRDefault="00743A2F">
      <w:pPr>
        <w:spacing w:after="0" w:line="240" w:lineRule="auto"/>
      </w:pPr>
      <w:r w:rsidRPr="008941E0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4215BE" w14:textId="77777777" w:rsidR="00B615F6" w:rsidRPr="008E16E8" w:rsidRDefault="00B615F6" w:rsidP="00B615F6">
    <w:pPr>
      <w:spacing w:line="240" w:lineRule="auto"/>
      <w:jc w:val="center"/>
      <w:rPr>
        <w:sz w:val="18"/>
        <w:szCs w:val="16"/>
      </w:rPr>
    </w:pPr>
    <w:proofErr w:type="gramStart"/>
    <w:r w:rsidRPr="008E16E8">
      <w:rPr>
        <w:sz w:val="18"/>
        <w:szCs w:val="16"/>
      </w:rPr>
      <w:t>Telcotec;</w:t>
    </w:r>
    <w:proofErr w:type="gramEnd"/>
    <w:r w:rsidRPr="008E16E8">
      <w:rPr>
        <w:sz w:val="18"/>
        <w:szCs w:val="16"/>
      </w:rPr>
      <w:t xml:space="preserve"> </w:t>
    </w:r>
    <w:proofErr w:type="gramStart"/>
    <w:r w:rsidRPr="008E16E8">
      <w:rPr>
        <w:sz w:val="18"/>
        <w:szCs w:val="16"/>
      </w:rPr>
      <w:t>SARL;</w:t>
    </w:r>
    <w:proofErr w:type="gramEnd"/>
    <w:r w:rsidRPr="008E16E8">
      <w:rPr>
        <w:sz w:val="18"/>
        <w:szCs w:val="16"/>
      </w:rPr>
      <w:t xml:space="preserve"> Bloc I2 A14 Elgazala Technopark, Ariana - Tunisie</w:t>
    </w:r>
  </w:p>
  <w:p w14:paraId="6548E374" w14:textId="77777777" w:rsidR="00B615F6" w:rsidRPr="008E16E8" w:rsidRDefault="00B615F6" w:rsidP="00B615F6">
    <w:pPr>
      <w:spacing w:line="240" w:lineRule="auto"/>
      <w:jc w:val="center"/>
      <w:rPr>
        <w:sz w:val="18"/>
        <w:szCs w:val="18"/>
      </w:rPr>
    </w:pPr>
    <w:proofErr w:type="gramStart"/>
    <w:r w:rsidRPr="008E16E8">
      <w:rPr>
        <w:sz w:val="18"/>
        <w:szCs w:val="16"/>
      </w:rPr>
      <w:t>MF:</w:t>
    </w:r>
    <w:proofErr w:type="gramEnd"/>
    <w:r w:rsidRPr="008E16E8">
      <w:rPr>
        <w:sz w:val="18"/>
        <w:szCs w:val="16"/>
      </w:rPr>
      <w:t xml:space="preserve"> 1383621J/A/M/</w:t>
    </w:r>
    <w:proofErr w:type="gramStart"/>
    <w:r w:rsidRPr="008E16E8">
      <w:rPr>
        <w:sz w:val="18"/>
        <w:szCs w:val="16"/>
      </w:rPr>
      <w:t>000;</w:t>
    </w:r>
    <w:proofErr w:type="gramEnd"/>
    <w:r w:rsidRPr="008E16E8">
      <w:rPr>
        <w:sz w:val="18"/>
        <w:szCs w:val="16"/>
      </w:rPr>
      <w:t xml:space="preserve"> </w:t>
    </w:r>
    <w:proofErr w:type="gramStart"/>
    <w:r w:rsidRPr="008E16E8">
      <w:rPr>
        <w:sz w:val="18"/>
        <w:szCs w:val="16"/>
      </w:rPr>
      <w:t>RC:</w:t>
    </w:r>
    <w:proofErr w:type="gramEnd"/>
    <w:r w:rsidRPr="008E16E8">
      <w:rPr>
        <w:sz w:val="18"/>
        <w:szCs w:val="16"/>
      </w:rPr>
      <w:t xml:space="preserve"> B</w:t>
    </w:r>
    <w:proofErr w:type="gramStart"/>
    <w:r w:rsidRPr="008E16E8">
      <w:rPr>
        <w:sz w:val="18"/>
        <w:szCs w:val="16"/>
      </w:rPr>
      <w:t>0318942015;</w:t>
    </w:r>
    <w:proofErr w:type="gramEnd"/>
    <w:r w:rsidRPr="008E16E8">
      <w:rPr>
        <w:sz w:val="18"/>
        <w:szCs w:val="16"/>
      </w:rPr>
      <w:t xml:space="preserve"> Tel/</w:t>
    </w:r>
    <w:proofErr w:type="gramStart"/>
    <w:r w:rsidRPr="008E16E8">
      <w:rPr>
        <w:sz w:val="18"/>
        <w:szCs w:val="16"/>
      </w:rPr>
      <w:t>Fax:</w:t>
    </w:r>
    <w:proofErr w:type="gramEnd"/>
    <w:r w:rsidRPr="008E16E8">
      <w:rPr>
        <w:sz w:val="18"/>
        <w:szCs w:val="16"/>
      </w:rPr>
      <w:t xml:space="preserve"> (+216) 71 85 74 98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CE02A1" w14:textId="77777777" w:rsidR="00743A2F" w:rsidRPr="008941E0" w:rsidRDefault="00743A2F">
      <w:pPr>
        <w:spacing w:after="0" w:line="240" w:lineRule="auto"/>
      </w:pPr>
      <w:r w:rsidRPr="008941E0">
        <w:separator/>
      </w:r>
    </w:p>
  </w:footnote>
  <w:footnote w:type="continuationSeparator" w:id="0">
    <w:p w14:paraId="7BC95612" w14:textId="77777777" w:rsidR="00743A2F" w:rsidRPr="008941E0" w:rsidRDefault="00743A2F">
      <w:pPr>
        <w:spacing w:after="0" w:line="240" w:lineRule="auto"/>
      </w:pPr>
      <w:r w:rsidRPr="008941E0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6B5ADD" w14:textId="1DE500C0" w:rsidR="00B615F6" w:rsidRDefault="00B615F6">
    <w:pPr>
      <w:pStyle w:val="En-tte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55A8CA1" wp14:editId="5A37C3D1">
          <wp:simplePos x="0" y="0"/>
          <wp:positionH relativeFrom="column">
            <wp:posOffset>-844955</wp:posOffset>
          </wp:positionH>
          <wp:positionV relativeFrom="paragraph">
            <wp:posOffset>-281940</wp:posOffset>
          </wp:positionV>
          <wp:extent cx="845820" cy="518055"/>
          <wp:effectExtent l="0" t="0" r="0" b="0"/>
          <wp:wrapThrough wrapText="bothSides">
            <wp:wrapPolygon edited="0">
              <wp:start x="0" y="0"/>
              <wp:lineTo x="0" y="20672"/>
              <wp:lineTo x="20919" y="20672"/>
              <wp:lineTo x="20919" y="0"/>
              <wp:lineTo x="0" y="0"/>
            </wp:wrapPolygon>
          </wp:wrapThrough>
          <wp:docPr id="853439548" name="Image 853439548" descr="Une image contenant Police, logo, Graphique, Bleu électriqu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 descr="Une image contenant Police, logo, Graphique, Bleu électrique&#10;&#10;Description générée automatiquement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5820" cy="5180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enum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enum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epuc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epuc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enum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690180507">
    <w:abstractNumId w:val="8"/>
  </w:num>
  <w:num w:numId="2" w16cid:durableId="553545473">
    <w:abstractNumId w:val="6"/>
  </w:num>
  <w:num w:numId="3" w16cid:durableId="1902474925">
    <w:abstractNumId w:val="5"/>
  </w:num>
  <w:num w:numId="4" w16cid:durableId="157969208">
    <w:abstractNumId w:val="4"/>
  </w:num>
  <w:num w:numId="5" w16cid:durableId="740952993">
    <w:abstractNumId w:val="7"/>
  </w:num>
  <w:num w:numId="6" w16cid:durableId="2034723157">
    <w:abstractNumId w:val="3"/>
  </w:num>
  <w:num w:numId="7" w16cid:durableId="650406575">
    <w:abstractNumId w:val="2"/>
  </w:num>
  <w:num w:numId="8" w16cid:durableId="1702129018">
    <w:abstractNumId w:val="1"/>
  </w:num>
  <w:num w:numId="9" w16cid:durableId="9911769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35B5D"/>
    <w:rsid w:val="00040BC3"/>
    <w:rsid w:val="0006063C"/>
    <w:rsid w:val="0015074B"/>
    <w:rsid w:val="0029639D"/>
    <w:rsid w:val="0029737F"/>
    <w:rsid w:val="00323570"/>
    <w:rsid w:val="00326F90"/>
    <w:rsid w:val="003D0D17"/>
    <w:rsid w:val="00535E23"/>
    <w:rsid w:val="00743A2F"/>
    <w:rsid w:val="00846CD4"/>
    <w:rsid w:val="008941E0"/>
    <w:rsid w:val="00927F2A"/>
    <w:rsid w:val="00947D46"/>
    <w:rsid w:val="00986D4A"/>
    <w:rsid w:val="009C3B67"/>
    <w:rsid w:val="009E6529"/>
    <w:rsid w:val="00AA1D8D"/>
    <w:rsid w:val="00AB6933"/>
    <w:rsid w:val="00B47730"/>
    <w:rsid w:val="00B615F6"/>
    <w:rsid w:val="00C4024B"/>
    <w:rsid w:val="00CB0664"/>
    <w:rsid w:val="00DA46A7"/>
    <w:rsid w:val="00E6490F"/>
    <w:rsid w:val="00E6507B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F682961"/>
  <w14:defaultImageDpi w14:val="300"/>
  <w15:docId w15:val="{92676F68-25DC-4D46-A4E1-9998228275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  <w:rPr>
      <w:lang w:val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618BF"/>
  </w:style>
  <w:style w:type="paragraph" w:styleId="Pieddepage">
    <w:name w:val="footer"/>
    <w:basedOn w:val="Normal"/>
    <w:link w:val="Pieddepag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618BF"/>
  </w:style>
  <w:style w:type="paragraph" w:styleId="Sansinterligne">
    <w:name w:val="No Spacing"/>
    <w:uiPriority w:val="1"/>
    <w:qFormat/>
    <w:rsid w:val="00FC693F"/>
    <w:pPr>
      <w:spacing w:after="0" w:line="240" w:lineRule="auto"/>
    </w:pPr>
  </w:style>
  <w:style w:type="character" w:customStyle="1" w:styleId="Titre1Car">
    <w:name w:val="Titre 1 Car"/>
    <w:basedOn w:val="Policepardfaut"/>
    <w:link w:val="Titre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">
    <w:name w:val="Title"/>
    <w:basedOn w:val="Normal"/>
    <w:next w:val="Normal"/>
    <w:link w:val="TitreC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Corpsdetexte">
    <w:name w:val="Body Text"/>
    <w:basedOn w:val="Normal"/>
    <w:link w:val="CorpsdetexteCar"/>
    <w:uiPriority w:val="99"/>
    <w:unhideWhenUsed/>
    <w:rsid w:val="00AA1D8D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rsid w:val="00AA1D8D"/>
  </w:style>
  <w:style w:type="paragraph" w:styleId="Corpsdetexte2">
    <w:name w:val="Body Text 2"/>
    <w:basedOn w:val="Normal"/>
    <w:link w:val="Corpsdetexte2Car"/>
    <w:uiPriority w:val="99"/>
    <w:unhideWhenUsed/>
    <w:rsid w:val="00AA1D8D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rsid w:val="00AA1D8D"/>
  </w:style>
  <w:style w:type="paragraph" w:styleId="Corpsdetexte3">
    <w:name w:val="Body Text 3"/>
    <w:basedOn w:val="Normal"/>
    <w:link w:val="Corpsdetexte3C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uiPriority w:val="99"/>
    <w:rsid w:val="00AA1D8D"/>
    <w:rPr>
      <w:sz w:val="16"/>
      <w:szCs w:val="16"/>
    </w:rPr>
  </w:style>
  <w:style w:type="paragraph" w:styleId="Liste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e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e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epuce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epuce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epuce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enumros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enumros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enumros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e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e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e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edemacro">
    <w:name w:val="macro"/>
    <w:link w:val="TextedemacroC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edemacroCar">
    <w:name w:val="Texte de macro Car"/>
    <w:basedOn w:val="Policepardfaut"/>
    <w:link w:val="Textedemacro"/>
    <w:uiPriority w:val="99"/>
    <w:rsid w:val="0029639D"/>
    <w:rPr>
      <w:rFonts w:ascii="Courier" w:hAnsi="Courier"/>
      <w:sz w:val="20"/>
      <w:szCs w:val="20"/>
    </w:rPr>
  </w:style>
  <w:style w:type="paragraph" w:styleId="Citation">
    <w:name w:val="Quote"/>
    <w:basedOn w:val="Normal"/>
    <w:next w:val="Normal"/>
    <w:link w:val="CitationCar"/>
    <w:uiPriority w:val="29"/>
    <w:qFormat/>
    <w:rsid w:val="00FC693F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FC693F"/>
    <w:rPr>
      <w:i/>
      <w:iCs/>
      <w:color w:val="000000" w:themeColor="text1"/>
    </w:rPr>
  </w:style>
  <w:style w:type="character" w:customStyle="1" w:styleId="Titre4Car">
    <w:name w:val="Titre 4 Car"/>
    <w:basedOn w:val="Policepardfaut"/>
    <w:link w:val="Titre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lev">
    <w:name w:val="Strong"/>
    <w:basedOn w:val="Policepardfaut"/>
    <w:uiPriority w:val="22"/>
    <w:qFormat/>
    <w:rsid w:val="00FC693F"/>
    <w:rPr>
      <w:b/>
      <w:bCs/>
    </w:rPr>
  </w:style>
  <w:style w:type="character" w:styleId="Accentuation">
    <w:name w:val="Emphasis"/>
    <w:basedOn w:val="Policepardfaut"/>
    <w:uiPriority w:val="20"/>
    <w:qFormat/>
    <w:rsid w:val="00FC693F"/>
    <w:rPr>
      <w:i/>
      <w:iCs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C693F"/>
    <w:rPr>
      <w:b/>
      <w:bCs/>
      <w:i/>
      <w:iCs/>
      <w:color w:val="4F81BD" w:themeColor="accent1"/>
    </w:rPr>
  </w:style>
  <w:style w:type="character" w:styleId="Accentuationlgre">
    <w:name w:val="Subtle Emphasis"/>
    <w:basedOn w:val="Policepardfaut"/>
    <w:uiPriority w:val="19"/>
    <w:qFormat/>
    <w:rsid w:val="00FC693F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FC693F"/>
    <w:rPr>
      <w:b/>
      <w:bCs/>
      <w:i/>
      <w:iCs/>
      <w:color w:val="4F81BD" w:themeColor="accent1"/>
    </w:rPr>
  </w:style>
  <w:style w:type="character" w:styleId="Rfrencelgre">
    <w:name w:val="Subtle Reference"/>
    <w:basedOn w:val="Policepardfaut"/>
    <w:uiPriority w:val="31"/>
    <w:qFormat/>
    <w:rsid w:val="00FC693F"/>
    <w:rPr>
      <w:smallCaps/>
      <w:color w:val="C0504D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FC693F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FC693F"/>
    <w:pPr>
      <w:outlineLvl w:val="9"/>
    </w:pPr>
  </w:style>
  <w:style w:type="table" w:styleId="Grilledutableau">
    <w:name w:val="Table Grid"/>
    <w:basedOn w:val="Tableau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Ombrageclair">
    <w:name w:val="Light Shading"/>
    <w:basedOn w:val="Tableau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Trameclaire-Accent1">
    <w:name w:val="Light Shading Accent 1"/>
    <w:basedOn w:val="Tableau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Trameclaire-Accent2">
    <w:name w:val="Light Shading Accent 2"/>
    <w:basedOn w:val="Tableau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Trameclaire-Accent3">
    <w:name w:val="Light Shading Accent 3"/>
    <w:basedOn w:val="Tableau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Trameclaire-Accent4">
    <w:name w:val="Light Shading Accent 4"/>
    <w:basedOn w:val="Tableau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Trameclaire-Accent5">
    <w:name w:val="Light Shading Accent 5"/>
    <w:basedOn w:val="Tableau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Trameclaire-Accent6">
    <w:name w:val="Light Shading Accent 6"/>
    <w:basedOn w:val="Tableau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eclaire">
    <w:name w:val="Light List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eclaire-Accent1">
    <w:name w:val="Light List Accent 1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eclaire-Accent2">
    <w:name w:val="Light List Accent 2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eclaire-Accent3">
    <w:name w:val="Light List Accent 3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eclaire-Accent4">
    <w:name w:val="Light List Accent 4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eclaire-Accent5">
    <w:name w:val="Light List Accent 5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eclaire-Accent6">
    <w:name w:val="Light List Accent 6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Grilleclaire">
    <w:name w:val="Light Grid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illeclaire-Accent1">
    <w:name w:val="Light Grid Accent 1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Grilleclaire-Accent2">
    <w:name w:val="Light Grid Accent 2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Grilleclaire-Accent3">
    <w:name w:val="Light Grid Accent 3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illeclaire-Accent4">
    <w:name w:val="Light Grid Accent 4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Grilleclaire-Accent5">
    <w:name w:val="Light Grid Accent 5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illeclaire-Accent6">
    <w:name w:val="Light Grid Accent 6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Tramemoyenne1">
    <w:name w:val="Medium Shading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1">
    <w:name w:val="Medium Shading 1 Accent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2">
    <w:name w:val="Medium Shading 1 Accent 2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3">
    <w:name w:val="Medium Shading 1 Accent 3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4">
    <w:name w:val="Medium Shading 1 Accent 4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5">
    <w:name w:val="Medium Shading 1 Accent 5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6">
    <w:name w:val="Medium Shading 1 Accent 6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2">
    <w:name w:val="Medium Shading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1">
    <w:name w:val="Medium Shading 2 Accent 1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2">
    <w:name w:val="Medium Shading 2 Accent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3">
    <w:name w:val="Medium Shading 2 Accent 3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4">
    <w:name w:val="Medium Shading 2 Accent 4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5">
    <w:name w:val="Medium Shading 2 Accent 5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6">
    <w:name w:val="Medium Shading 2 Accent 6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emoyenne1">
    <w:name w:val="Medium Lis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emoyenne1-Accent1">
    <w:name w:val="Medium List 1 Accen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emoyenne1-Accent2">
    <w:name w:val="Medium List 1 Accent 2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emoyenne1-Accent3">
    <w:name w:val="Medium List 1 Accent 3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emoyenne1-Accent4">
    <w:name w:val="Medium List 1 Accent 4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emoyenne1-Accent5">
    <w:name w:val="Medium List 1 Accent 5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emoyenne1-Accent6">
    <w:name w:val="Medium List 1 Accent 6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emoyenne2">
    <w:name w:val="Medium Lis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1">
    <w:name w:val="Medium List 2 Accent 1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2">
    <w:name w:val="Medium List 2 Accen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3">
    <w:name w:val="Medium List 2 Accent 3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4">
    <w:name w:val="Medium List 2 Accent 4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5">
    <w:name w:val="Medium List 2 Accent 5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6">
    <w:name w:val="Medium List 2 Accent 6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rillemoyenne1">
    <w:name w:val="Medium Grid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moyenne1-Accent1">
    <w:name w:val="Medium Grid 1 Accent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moyenne1-Accent2">
    <w:name w:val="Medium Grid 1 Accent 2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moyenne1-Accent3">
    <w:name w:val="Medium Grid 1 Accent 3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moyenne1-Accent4">
    <w:name w:val="Medium Grid 1 Accent 4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moyenne1-Accent5">
    <w:name w:val="Medium Grid 1 Accent 5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moyenne1-Accent6">
    <w:name w:val="Medium Grid 1 Accent 6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rillemoyenne2">
    <w:name w:val="Medium Grid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1">
    <w:name w:val="Medium Grid 2 Accent 1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2">
    <w:name w:val="Medium Grid 2 Accent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3">
    <w:name w:val="Medium Grid 2 Accent 3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4">
    <w:name w:val="Medium Grid 2 Accent 4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5">
    <w:name w:val="Medium Grid 2 Accent 5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6">
    <w:name w:val="Medium Grid 2 Accent 6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3">
    <w:name w:val="Medium Grid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illemoyenne3-Accent1">
    <w:name w:val="Medium Grid 3 Accent 1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rillemoyenne3-Accent2">
    <w:name w:val="Medium Grid 3 Accent 2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rillemoyenne3-Accent3">
    <w:name w:val="Medium Grid 3 Accent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rillemoyenne3-Accent4">
    <w:name w:val="Medium Grid 3 Accent 4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illemoyenne3-Accent5">
    <w:name w:val="Medium Grid 3 Accent 5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rillemoyenne3-Accent6">
    <w:name w:val="Medium Grid 3 Accent 6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efonce">
    <w:name w:val="Dark List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efonce-Accent1">
    <w:name w:val="Dark List Accent 1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efonce-Accent2">
    <w:name w:val="Dark List Accent 2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efonce-Accent3">
    <w:name w:val="Dark List Accent 3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efonce-Accent4">
    <w:name w:val="Dark List Accent 4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efonce-Accent5">
    <w:name w:val="Dark List Accent 5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efonce-Accent6">
    <w:name w:val="Dark List Accent 6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Tramecouleur">
    <w:name w:val="Colorful Shading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1">
    <w:name w:val="Colorful Shading Accent 1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2">
    <w:name w:val="Colorful Shading Accent 2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3">
    <w:name w:val="Colorful Shading Accent 3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Tramecouleur-Accent4">
    <w:name w:val="Colorful Shading Accent 4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5">
    <w:name w:val="Colorful Shading Accent 5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6">
    <w:name w:val="Colorful Shading Accent 6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ecouleur">
    <w:name w:val="Colorful List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couleur-Accent1">
    <w:name w:val="Colorful List Accent 1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ecouleur-Accent2">
    <w:name w:val="Colorful List Accent 2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ecouleur-Accent3">
    <w:name w:val="Colorful List Accent 3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ecouleur-Accent4">
    <w:name w:val="Colorful List Accent 4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ecouleur-Accent5">
    <w:name w:val="Colorful List Accent 5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ecouleur-Accent6">
    <w:name w:val="Colorful List Accent 6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llecouleur">
    <w:name w:val="Colorful Grid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couleur-Accent1">
    <w:name w:val="Colorful Grid Accent 1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couleur-Accent2">
    <w:name w:val="Colorful Grid Accent 2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couleur-Accent3">
    <w:name w:val="Colorful Grid Accent 3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couleur-Accent4">
    <w:name w:val="Colorful Grid Accent 4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couleur-Accent5">
    <w:name w:val="Colorful Grid Accent 5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couleur-Accent6">
    <w:name w:val="Colorful Grid Accent 6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3</Pages>
  <Words>342</Words>
  <Characters>1883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2221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Ahmed Ala</cp:lastModifiedBy>
  <cp:revision>12</cp:revision>
  <cp:lastPrinted>2025-08-29T19:24:00Z</cp:lastPrinted>
  <dcterms:created xsi:type="dcterms:W3CDTF">2013-12-23T23:15:00Z</dcterms:created>
  <dcterms:modified xsi:type="dcterms:W3CDTF">2025-08-29T19:47:00Z</dcterms:modified>
  <cp:category/>
</cp:coreProperties>
</file>