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03B6A9" w14:textId="2AF8C26B" w:rsidR="00580951" w:rsidRPr="00AF7A58" w:rsidRDefault="00AF7A58">
      <w:pPr>
        <w:pStyle w:val="Titre"/>
        <w:jc w:val="center"/>
        <w:rPr>
          <w:sz w:val="44"/>
          <w:szCs w:val="44"/>
          <w:lang w:val="fr-FR"/>
        </w:rPr>
      </w:pPr>
      <w:r w:rsidRPr="00AF7A58">
        <w:rPr>
          <w:sz w:val="44"/>
          <w:szCs w:val="44"/>
          <w:lang w:val="fr-FR"/>
        </w:rPr>
        <w:t>Normes et Codes de Pratique HSE adoptés par TELCOTEC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320"/>
        <w:gridCol w:w="4320"/>
      </w:tblGrid>
      <w:tr w:rsidR="00580951" w14:paraId="34ECF44C" w14:textId="77777777">
        <w:tc>
          <w:tcPr>
            <w:tcW w:w="4320" w:type="dxa"/>
          </w:tcPr>
          <w:p w14:paraId="2F834A56" w14:textId="77777777" w:rsidR="00580951" w:rsidRDefault="00000000">
            <w:r>
              <w:t>Réf. Doc :</w:t>
            </w:r>
          </w:p>
        </w:tc>
        <w:tc>
          <w:tcPr>
            <w:tcW w:w="4320" w:type="dxa"/>
          </w:tcPr>
          <w:p w14:paraId="5AC79005" w14:textId="77777777" w:rsidR="00580951" w:rsidRDefault="00000000">
            <w:r>
              <w:t>SSO-NORMES-001</w:t>
            </w:r>
          </w:p>
        </w:tc>
      </w:tr>
      <w:tr w:rsidR="00580951" w14:paraId="3F2588AD" w14:textId="77777777">
        <w:tc>
          <w:tcPr>
            <w:tcW w:w="4320" w:type="dxa"/>
          </w:tcPr>
          <w:p w14:paraId="0164D158" w14:textId="77777777" w:rsidR="00580951" w:rsidRDefault="00000000">
            <w:r>
              <w:t>Version :</w:t>
            </w:r>
          </w:p>
        </w:tc>
        <w:tc>
          <w:tcPr>
            <w:tcW w:w="4320" w:type="dxa"/>
          </w:tcPr>
          <w:p w14:paraId="13BFC642" w14:textId="77777777" w:rsidR="00580951" w:rsidRDefault="00000000">
            <w:r>
              <w:t>1.0</w:t>
            </w:r>
          </w:p>
        </w:tc>
      </w:tr>
      <w:tr w:rsidR="00580951" w14:paraId="7DD2DDBC" w14:textId="77777777">
        <w:tc>
          <w:tcPr>
            <w:tcW w:w="4320" w:type="dxa"/>
          </w:tcPr>
          <w:p w14:paraId="1DF92AC1" w14:textId="77777777" w:rsidR="00580951" w:rsidRDefault="00000000">
            <w:r>
              <w:t>Date :</w:t>
            </w:r>
          </w:p>
        </w:tc>
        <w:tc>
          <w:tcPr>
            <w:tcW w:w="4320" w:type="dxa"/>
          </w:tcPr>
          <w:p w14:paraId="7AE9FE6F" w14:textId="6C54B333" w:rsidR="00580951" w:rsidRDefault="0055748B">
            <w:r>
              <w:rPr>
                <w:lang w:val="fr-FR"/>
              </w:rPr>
              <w:t>31/03/2025</w:t>
            </w:r>
          </w:p>
        </w:tc>
      </w:tr>
      <w:tr w:rsidR="00580951" w14:paraId="1F966ACD" w14:textId="77777777">
        <w:tc>
          <w:tcPr>
            <w:tcW w:w="4320" w:type="dxa"/>
          </w:tcPr>
          <w:p w14:paraId="1D91676A" w14:textId="77777777" w:rsidR="00580951" w:rsidRDefault="00000000">
            <w:r>
              <w:t>Approuvé par :</w:t>
            </w:r>
          </w:p>
        </w:tc>
        <w:tc>
          <w:tcPr>
            <w:tcW w:w="4320" w:type="dxa"/>
          </w:tcPr>
          <w:p w14:paraId="6E39198F" w14:textId="4D8F5781" w:rsidR="00580951" w:rsidRDefault="0055748B">
            <w:r>
              <w:t>CTO</w:t>
            </w:r>
          </w:p>
        </w:tc>
      </w:tr>
    </w:tbl>
    <w:p w14:paraId="688C0B05" w14:textId="77777777" w:rsidR="00580951" w:rsidRDefault="00580951"/>
    <w:p w14:paraId="2464453F" w14:textId="77777777" w:rsidR="00580951" w:rsidRDefault="00000000">
      <w:pPr>
        <w:pStyle w:val="Titre2"/>
      </w:pPr>
      <w:r>
        <w:t>1. Objectif</w:t>
      </w:r>
    </w:p>
    <w:p w14:paraId="35C14805" w14:textId="77777777" w:rsidR="00580951" w:rsidRPr="00AF7A58" w:rsidRDefault="00000000">
      <w:pPr>
        <w:rPr>
          <w:lang w:val="fr-FR"/>
        </w:rPr>
      </w:pPr>
      <w:r w:rsidRPr="00AF7A58">
        <w:rPr>
          <w:lang w:val="fr-FR"/>
        </w:rPr>
        <w:t>Montrer l’engagement de TELCOTEC à dépasser la stricte conformité légale en adoptant des normes internationales et codes de pratique HSE reconnus, pour renforcer la sécurité, la santé et le bien-être de ses employés et partenaires.</w:t>
      </w:r>
    </w:p>
    <w:p w14:paraId="52F4C241" w14:textId="77777777" w:rsidR="00580951" w:rsidRPr="00AF7A58" w:rsidRDefault="00000000">
      <w:pPr>
        <w:pStyle w:val="Titre2"/>
        <w:rPr>
          <w:lang w:val="fr-FR"/>
        </w:rPr>
      </w:pPr>
      <w:r w:rsidRPr="00AF7A58">
        <w:rPr>
          <w:lang w:val="fr-FR"/>
        </w:rPr>
        <w:t>2. Normes et codes adoptés</w:t>
      </w:r>
    </w:p>
    <w:p w14:paraId="12CD1AAC" w14:textId="2543A238" w:rsidR="00580951" w:rsidRPr="00AF7A58" w:rsidRDefault="003F3D77">
      <w:pPr>
        <w:rPr>
          <w:lang w:val="fr-FR"/>
        </w:rPr>
      </w:pPr>
      <w:r>
        <w:rPr>
          <w:lang w:val="fr-FR"/>
        </w:rPr>
        <w:t>Consulter le fichier « </w:t>
      </w:r>
      <w:r w:rsidRPr="003F3D77">
        <w:rPr>
          <w:lang w:val="fr-FR"/>
        </w:rPr>
        <w:t>Evaluation de la conformité légale et réglementaire et Plan d'action</w:t>
      </w:r>
      <w:r>
        <w:rPr>
          <w:lang w:val="fr-FR"/>
        </w:rPr>
        <w:t xml:space="preserve"> » pour plus de détails </w:t>
      </w:r>
    </w:p>
    <w:p w14:paraId="6184F0E7" w14:textId="77777777" w:rsidR="00580951" w:rsidRPr="00AF7A58" w:rsidRDefault="00000000">
      <w:pPr>
        <w:pStyle w:val="Titre2"/>
        <w:rPr>
          <w:lang w:val="fr-FR"/>
        </w:rPr>
      </w:pPr>
      <w:r w:rsidRPr="00AF7A58">
        <w:rPr>
          <w:lang w:val="fr-FR"/>
        </w:rPr>
        <w:t>3. Mise en œuvre et preuves</w:t>
      </w:r>
    </w:p>
    <w:p w14:paraId="441AC581" w14:textId="2E84753D" w:rsidR="00580951" w:rsidRPr="00AF7A58" w:rsidRDefault="00000000">
      <w:pPr>
        <w:rPr>
          <w:lang w:val="fr-FR"/>
        </w:rPr>
      </w:pPr>
      <w:r w:rsidRPr="00AF7A58">
        <w:rPr>
          <w:lang w:val="fr-FR"/>
        </w:rPr>
        <w:t>- Rapports d’audit internes e aligné sur ISO 45001.</w:t>
      </w:r>
      <w:r w:rsidRPr="00AF7A58">
        <w:rPr>
          <w:lang w:val="fr-FR"/>
        </w:rPr>
        <w:br/>
        <w:t>- Certificats de formations HSE délivrés aux techniciens.</w:t>
      </w:r>
      <w:r w:rsidRPr="00AF7A58">
        <w:rPr>
          <w:lang w:val="fr-FR"/>
        </w:rPr>
        <w:br/>
        <w:t>- Registres d’inspections sécurité (sites, équipements, EPI).</w:t>
      </w:r>
      <w:r w:rsidRPr="00AF7A58">
        <w:rPr>
          <w:lang w:val="fr-FR"/>
        </w:rPr>
        <w:br/>
        <w:t>- Procédures internes Telcotec basées sur ISO.</w:t>
      </w:r>
      <w:r w:rsidRPr="00AF7A58">
        <w:rPr>
          <w:lang w:val="fr-FR"/>
        </w:rPr>
        <w:br/>
        <w:t>- Campagnes internes de sensibilisation sécurité.</w:t>
      </w:r>
    </w:p>
    <w:p w14:paraId="5217BBCE" w14:textId="77777777" w:rsidR="00580951" w:rsidRPr="00AF7A58" w:rsidRDefault="00000000">
      <w:pPr>
        <w:pStyle w:val="Titre2"/>
        <w:rPr>
          <w:lang w:val="fr-FR"/>
        </w:rPr>
      </w:pPr>
      <w:r w:rsidRPr="00AF7A58">
        <w:rPr>
          <w:lang w:val="fr-FR"/>
        </w:rPr>
        <w:t>4. Responsabilités</w:t>
      </w:r>
    </w:p>
    <w:p w14:paraId="738CB4C9" w14:textId="77777777" w:rsidR="00580951" w:rsidRPr="00AF7A58" w:rsidRDefault="00000000">
      <w:pPr>
        <w:rPr>
          <w:lang w:val="fr-FR"/>
        </w:rPr>
      </w:pPr>
      <w:r w:rsidRPr="00AF7A58">
        <w:rPr>
          <w:lang w:val="fr-FR"/>
        </w:rPr>
        <w:t>- Direction Générale : assure l’approbation et les ressources.</w:t>
      </w:r>
      <w:r w:rsidRPr="00AF7A58">
        <w:rPr>
          <w:lang w:val="fr-FR"/>
        </w:rPr>
        <w:br/>
        <w:t>- Responsable QHSE : suivi de conformité avec les normes volontaires.</w:t>
      </w:r>
      <w:r w:rsidRPr="00AF7A58">
        <w:rPr>
          <w:lang w:val="fr-FR"/>
        </w:rPr>
        <w:br/>
        <w:t>- Managers &amp; Techniciens : application des pratiques quotidiennes.</w:t>
      </w:r>
    </w:p>
    <w:p w14:paraId="780072E2" w14:textId="77777777" w:rsidR="00580951" w:rsidRPr="00AF7A58" w:rsidRDefault="00000000">
      <w:pPr>
        <w:pStyle w:val="Titre1"/>
        <w:rPr>
          <w:lang w:val="fr-FR"/>
        </w:rPr>
      </w:pPr>
      <w:r w:rsidRPr="00AF7A58">
        <w:rPr>
          <w:lang w:val="fr-FR"/>
        </w:rPr>
        <w:t>Déclaration Officielle</w:t>
      </w:r>
    </w:p>
    <w:p w14:paraId="4F3EEA45" w14:textId="77777777" w:rsidR="003F3D77" w:rsidRDefault="00000000">
      <w:pPr>
        <w:rPr>
          <w:lang w:val="fr-FR"/>
        </w:rPr>
      </w:pPr>
      <w:r w:rsidRPr="00AF7A58">
        <w:rPr>
          <w:lang w:val="fr-FR"/>
        </w:rPr>
        <w:t>Nous, soussignés, représentants légaux de TELCOTEC, déclarons que l’entreprise :</w:t>
      </w:r>
      <w:r w:rsidRPr="00AF7A58">
        <w:rPr>
          <w:lang w:val="fr-FR"/>
        </w:rPr>
        <w:br/>
      </w:r>
      <w:r w:rsidRPr="00AF7A58">
        <w:rPr>
          <w:lang w:val="fr-FR"/>
        </w:rPr>
        <w:br/>
        <w:t>- A adopté volontairement l</w:t>
      </w:r>
      <w:r w:rsidR="00AF7A58">
        <w:rPr>
          <w:lang w:val="fr-FR"/>
        </w:rPr>
        <w:t xml:space="preserve">a </w:t>
      </w:r>
      <w:r w:rsidRPr="00AF7A58">
        <w:rPr>
          <w:lang w:val="fr-FR"/>
        </w:rPr>
        <w:t>norme ISO 45001 comme référentiel interne de management HSE.</w:t>
      </w:r>
      <w:r w:rsidRPr="00AF7A58">
        <w:rPr>
          <w:lang w:val="fr-FR"/>
        </w:rPr>
        <w:br/>
        <w:t>- Met en œuvre les codes de pratique HSE d’Ericsson, en complément des exigences légales.</w:t>
      </w:r>
      <w:r w:rsidRPr="00AF7A58">
        <w:rPr>
          <w:lang w:val="fr-FR"/>
        </w:rPr>
        <w:br/>
        <w:t>- Aligne ses procédures opérationnelles sur les directives internationales de l’OIT.</w:t>
      </w:r>
      <w:r w:rsidRPr="00AF7A58">
        <w:rPr>
          <w:lang w:val="fr-FR"/>
        </w:rPr>
        <w:br/>
        <w:t>- Dispose de preuves documentées de conformité (rapports d’audit, registres d’inspection, certificats de formation).</w:t>
      </w:r>
    </w:p>
    <w:p w14:paraId="0CA891C3" w14:textId="7C01DF49" w:rsidR="004864DE" w:rsidRPr="0032565B" w:rsidRDefault="00000000" w:rsidP="004864DE">
      <w:pPr>
        <w:ind w:left="720"/>
        <w:rPr>
          <w:lang w:val="fr-FR"/>
        </w:rPr>
      </w:pPr>
      <w:r w:rsidRPr="00AF7A58">
        <w:rPr>
          <w:lang w:val="fr-FR"/>
        </w:rPr>
        <w:lastRenderedPageBreak/>
        <w:br/>
      </w:r>
    </w:p>
    <w:p w14:paraId="39ECA8D4" w14:textId="791BB985" w:rsidR="004864DE" w:rsidRDefault="004864DE" w:rsidP="004864DE">
      <w:pPr>
        <w:rPr>
          <w:lang w:val="fr-F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40B5C28" wp14:editId="74757688">
                <wp:simplePos x="0" y="0"/>
                <wp:positionH relativeFrom="column">
                  <wp:posOffset>1524000</wp:posOffset>
                </wp:positionH>
                <wp:positionV relativeFrom="paragraph">
                  <wp:posOffset>27940</wp:posOffset>
                </wp:positionV>
                <wp:extent cx="2738120" cy="2207895"/>
                <wp:effectExtent l="0" t="0" r="0" b="1905"/>
                <wp:wrapNone/>
                <wp:docPr id="1182828327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8120" cy="2207895"/>
                          <a:chOff x="0" y="0"/>
                          <a:chExt cx="2738120" cy="2207895"/>
                        </a:xfrm>
                      </wpg:grpSpPr>
                      <pic:pic xmlns:pic="http://schemas.openxmlformats.org/drawingml/2006/picture">
                        <pic:nvPicPr>
                          <pic:cNvPr id="1088713640" name="Image 2" descr="Une image contenant art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020" y="792480"/>
                            <a:ext cx="219710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2459543" name="Image 1" descr="Une image contenant écriture manuscrite, Dessin d’enfant, calligraphie, encre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9900" b="91774" l="5967" r="90300">
                                        <a14:foregroundMark x1="5967" y1="74749" x2="17867" y2="82544"/>
                                        <a14:foregroundMark x1="53100" y1="91822" x2="53100" y2="91822"/>
                                        <a14:foregroundMark x1="56567" y1="89670" x2="55567" y2="91822"/>
                                        <a14:foregroundMark x1="76900" y1="27068" x2="81367" y2="35581"/>
                                        <a14:foregroundMark x1="89333" y1="56958" x2="87333" y2="66906"/>
                                        <a14:foregroundMark x1="90300" y1="55524" x2="87333" y2="5408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780" y="0"/>
                            <a:ext cx="1320800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8699785" name="Image 3" descr="Une image contenant texte, Police, cercle, logo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632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D1C0F3" id="Groupe 4" o:spid="_x0000_s1026" style="position:absolute;margin-left:120pt;margin-top:2.2pt;width:215.6pt;height:173.85pt;z-index:251658240" coordsize="27381,2207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Une image contenant art&#10;&#10;Le contenu généré par l’IA peut être incorrect." style="position:absolute;left:5410;top:7924;width:21971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">
                  <v:imagedata r:id="rId12" o:title="Une image contenant art&#10;&#10;Le contenu généré par l’IA peut être incorrect"/>
                </v:shape>
                <v:shape id="Image 1" o:spid="_x0000_s1028" type="#_x0000_t75" alt="Une image contenant écriture manuscrite, Dessin d’enfant, calligraphie, encre&#10;&#10;Le contenu généré par l’IA peut être incorrect." style="position:absolute;left:12877;width:13208;height:9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">
                  <v:imagedata r:id="rId13" o:title="Une image contenant écriture manuscrite, Dessin d’enfant, calligraphie, encre&#10;&#10;Le contenu généré par l’IA peut être incorrect"/>
                </v:shape>
                <v:shape id="Image 3" o:spid="_x0000_s1029" type="#_x0000_t75" alt="Une image contenant texte, Police, cercle, logo&#10;&#10;Le contenu généré par l’IA peut être incorrect." style="position:absolute;top:10363;width:11715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">
                  <v:imagedata r:id="rId14" o:title="Une image contenant texte, Police, cercle, logo&#10;&#10;Le contenu généré par l’IA peut être incorrect"/>
                </v:shape>
              </v:group>
            </w:pict>
          </mc:Fallback>
        </mc:AlternateContent>
      </w:r>
      <w:r w:rsidRPr="00542099">
        <w:rPr>
          <w:lang w:val="fr-FR"/>
        </w:rPr>
        <w:t xml:space="preserve">Fait à Tunis, le </w:t>
      </w:r>
      <w:r>
        <w:rPr>
          <w:lang w:val="fr-FR"/>
        </w:rPr>
        <w:t>3</w:t>
      </w:r>
      <w:r w:rsidR="0055748B">
        <w:rPr>
          <w:lang w:val="fr-FR"/>
        </w:rPr>
        <w:t>1</w:t>
      </w:r>
      <w:r>
        <w:rPr>
          <w:lang w:val="fr-FR"/>
        </w:rPr>
        <w:t>/03/2025</w:t>
      </w:r>
    </w:p>
    <w:p w14:paraId="47158F54" w14:textId="43A1AEC8" w:rsidR="004864DE" w:rsidRPr="00542099" w:rsidRDefault="004864DE" w:rsidP="004864DE">
      <w:pPr>
        <w:rPr>
          <w:lang w:val="fr-FR"/>
        </w:rPr>
      </w:pPr>
      <w:r w:rsidRPr="00542099">
        <w:rPr>
          <w:lang w:val="fr-FR"/>
        </w:rPr>
        <w:br/>
        <w:t xml:space="preserve">Établi par : </w:t>
      </w:r>
      <w:r>
        <w:rPr>
          <w:lang w:val="fr-FR"/>
        </w:rPr>
        <w:t>JEBARI Ahmed, responsable QHSE</w:t>
      </w:r>
      <w:r w:rsidRPr="00542099">
        <w:rPr>
          <w:lang w:val="fr-FR"/>
        </w:rPr>
        <w:br/>
      </w:r>
      <w:r w:rsidRPr="00542099">
        <w:rPr>
          <w:lang w:val="fr-FR"/>
        </w:rPr>
        <w:br/>
        <w:t xml:space="preserve">Approuvé par : </w:t>
      </w:r>
      <w:r>
        <w:rPr>
          <w:lang w:val="fr-FR"/>
        </w:rPr>
        <w:t>Taieb MASMOUDI, CTO</w:t>
      </w:r>
      <w:r w:rsidRPr="00542099">
        <w:rPr>
          <w:lang w:val="fr-FR"/>
        </w:rPr>
        <w:br/>
      </w:r>
      <w:r w:rsidRPr="00542099">
        <w:rPr>
          <w:lang w:val="fr-FR"/>
        </w:rPr>
        <w:br/>
        <w:t>Cachet officiel de l’entreprise.</w:t>
      </w:r>
    </w:p>
    <w:p w14:paraId="44444FA6" w14:textId="212859D7" w:rsidR="00580951" w:rsidRPr="00AF7A58" w:rsidRDefault="00580951">
      <w:pPr>
        <w:rPr>
          <w:lang w:val="fr-FR"/>
        </w:rPr>
      </w:pPr>
    </w:p>
    <w:sectPr w:rsidR="00580951" w:rsidRPr="00AF7A58" w:rsidSect="00AF7A58">
      <w:headerReference w:type="default" r:id="rId15"/>
      <w:footerReference w:type="default" r:id="rId16"/>
      <w:pgSz w:w="12240" w:h="15840"/>
      <w:pgMar w:top="1440" w:right="1800" w:bottom="1440" w:left="1800" w:header="720" w:footer="40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6980E8" w14:textId="77777777" w:rsidR="0092282F" w:rsidRDefault="0092282F">
      <w:pPr>
        <w:spacing w:after="0" w:line="240" w:lineRule="auto"/>
      </w:pPr>
      <w:r>
        <w:separator/>
      </w:r>
    </w:p>
  </w:endnote>
  <w:endnote w:type="continuationSeparator" w:id="0">
    <w:p w14:paraId="5E26DA67" w14:textId="77777777" w:rsidR="0092282F" w:rsidRDefault="009228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5ED7C4" w14:textId="77777777" w:rsidR="00AF7A58" w:rsidRPr="008E16E8" w:rsidRDefault="00AF7A58" w:rsidP="00AF7A58">
    <w:pPr>
      <w:spacing w:line="240" w:lineRule="auto"/>
      <w:jc w:val="center"/>
      <w:rPr>
        <w:sz w:val="18"/>
        <w:szCs w:val="16"/>
      </w:rPr>
    </w:pPr>
    <w:r w:rsidRPr="008E16E8">
      <w:rPr>
        <w:sz w:val="18"/>
        <w:szCs w:val="16"/>
      </w:rPr>
      <w:t>Telcotec; SARL; Bloc I2 A14 Elgazala Technopark, Ariana - Tunisie</w:t>
    </w:r>
  </w:p>
  <w:p w14:paraId="05885672" w14:textId="77777777" w:rsidR="00AF7A58" w:rsidRPr="008E16E8" w:rsidRDefault="00AF7A58" w:rsidP="00AF7A58">
    <w:pPr>
      <w:spacing w:line="240" w:lineRule="auto"/>
      <w:jc w:val="center"/>
      <w:rPr>
        <w:sz w:val="18"/>
        <w:szCs w:val="18"/>
      </w:rPr>
    </w:pPr>
    <w:r w:rsidRPr="008E16E8">
      <w:rPr>
        <w:sz w:val="18"/>
        <w:szCs w:val="16"/>
      </w:rPr>
      <w:t>MF: 1383621J/A/M/000; RC: B0318942015; Tel/Fax: (+216) 71 85 74 98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754ED2" w14:textId="77777777" w:rsidR="0092282F" w:rsidRDefault="0092282F">
      <w:pPr>
        <w:spacing w:after="0" w:line="240" w:lineRule="auto"/>
      </w:pPr>
      <w:r>
        <w:separator/>
      </w:r>
    </w:p>
  </w:footnote>
  <w:footnote w:type="continuationSeparator" w:id="0">
    <w:p w14:paraId="3E49E8B0" w14:textId="77777777" w:rsidR="0092282F" w:rsidRDefault="009228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2DCB9D" w14:textId="7CB63720" w:rsidR="00580951" w:rsidRPr="00AF7A58" w:rsidRDefault="00AF7A58">
    <w:pPr>
      <w:pStyle w:val="En-tte"/>
      <w:jc w:val="center"/>
      <w:rPr>
        <w:lang w:val="fr-FR"/>
      </w:rPr>
    </w:pPr>
    <w:r>
      <w:rPr>
        <w:noProof/>
      </w:rPr>
      <w:drawing>
        <wp:anchor distT="0" distB="0" distL="114300" distR="114300" simplePos="0" relativeHeight="251659264" behindDoc="0" locked="0" layoutInCell="1" allowOverlap="1" wp14:anchorId="756DAFBF" wp14:editId="33F1DADC">
          <wp:simplePos x="0" y="0"/>
          <wp:positionH relativeFrom="column">
            <wp:posOffset>-883920</wp:posOffset>
          </wp:positionH>
          <wp:positionV relativeFrom="paragraph">
            <wp:posOffset>-259080</wp:posOffset>
          </wp:positionV>
          <wp:extent cx="845820" cy="518055"/>
          <wp:effectExtent l="0" t="0" r="0" b="0"/>
          <wp:wrapThrough wrapText="bothSides">
            <wp:wrapPolygon edited="0">
              <wp:start x="0" y="0"/>
              <wp:lineTo x="0" y="20672"/>
              <wp:lineTo x="20919" y="20672"/>
              <wp:lineTo x="20919" y="0"/>
              <wp:lineTo x="0" y="0"/>
            </wp:wrapPolygon>
          </wp:wrapThrough>
          <wp:docPr id="868650734" name="Image 868650734" descr="Une image contenant Police, logo, Graphique, Bleu électriqu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 descr="Une image contenant Police, logo, Graphique, Bleu électrique&#10;&#10;Description générée automatiquement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5820" cy="518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enum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enum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epuc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epuc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enum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840969781">
    <w:abstractNumId w:val="8"/>
  </w:num>
  <w:num w:numId="2" w16cid:durableId="650670890">
    <w:abstractNumId w:val="6"/>
  </w:num>
  <w:num w:numId="3" w16cid:durableId="1432238215">
    <w:abstractNumId w:val="5"/>
  </w:num>
  <w:num w:numId="4" w16cid:durableId="2110925317">
    <w:abstractNumId w:val="4"/>
  </w:num>
  <w:num w:numId="5" w16cid:durableId="2003502859">
    <w:abstractNumId w:val="7"/>
  </w:num>
  <w:num w:numId="6" w16cid:durableId="301816438">
    <w:abstractNumId w:val="3"/>
  </w:num>
  <w:num w:numId="7" w16cid:durableId="2074966330">
    <w:abstractNumId w:val="2"/>
  </w:num>
  <w:num w:numId="8" w16cid:durableId="395324056">
    <w:abstractNumId w:val="1"/>
  </w:num>
  <w:num w:numId="9" w16cid:durableId="16532903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15074B"/>
    <w:rsid w:val="00150FF4"/>
    <w:rsid w:val="0029639D"/>
    <w:rsid w:val="002B3DAF"/>
    <w:rsid w:val="00326F90"/>
    <w:rsid w:val="003F3D77"/>
    <w:rsid w:val="004864DE"/>
    <w:rsid w:val="0055748B"/>
    <w:rsid w:val="00580951"/>
    <w:rsid w:val="0092282F"/>
    <w:rsid w:val="00AA1D8D"/>
    <w:rsid w:val="00AF7A58"/>
    <w:rsid w:val="00B47730"/>
    <w:rsid w:val="00C55BD6"/>
    <w:rsid w:val="00CB0664"/>
    <w:rsid w:val="00DA46A7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CEF201E"/>
  <w14:defaultImageDpi w14:val="300"/>
  <w15:docId w15:val="{92676F68-25DC-4D46-A4E1-9998228275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Titre1">
    <w:name w:val="heading 1"/>
    <w:basedOn w:val="Normal"/>
    <w:next w:val="Normal"/>
    <w:link w:val="Titre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618BF"/>
  </w:style>
  <w:style w:type="paragraph" w:styleId="Pieddepage">
    <w:name w:val="footer"/>
    <w:basedOn w:val="Normal"/>
    <w:link w:val="Pieddepag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18BF"/>
  </w:style>
  <w:style w:type="paragraph" w:styleId="Sansinterligne">
    <w:name w:val="No Spacing"/>
    <w:uiPriority w:val="1"/>
    <w:qFormat/>
    <w:rsid w:val="00FC693F"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">
    <w:name w:val="Title"/>
    <w:basedOn w:val="Normal"/>
    <w:next w:val="Normal"/>
    <w:link w:val="Titre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sdetexte">
    <w:name w:val="Body Text"/>
    <w:basedOn w:val="Normal"/>
    <w:link w:val="CorpsdetexteCar"/>
    <w:uiPriority w:val="99"/>
    <w:unhideWhenUsed/>
    <w:rsid w:val="00AA1D8D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rsid w:val="00AA1D8D"/>
  </w:style>
  <w:style w:type="paragraph" w:styleId="Corpsdetexte2">
    <w:name w:val="Body Text 2"/>
    <w:basedOn w:val="Normal"/>
    <w:link w:val="Corpsdetexte2Car"/>
    <w:uiPriority w:val="99"/>
    <w:unhideWhenUsed/>
    <w:rsid w:val="00AA1D8D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rsid w:val="00AA1D8D"/>
  </w:style>
  <w:style w:type="paragraph" w:styleId="Corpsdetexte3">
    <w:name w:val="Body Text 3"/>
    <w:basedOn w:val="Normal"/>
    <w:link w:val="Corpsdetex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rsid w:val="00AA1D8D"/>
    <w:rPr>
      <w:sz w:val="16"/>
      <w:szCs w:val="16"/>
    </w:rPr>
  </w:style>
  <w:style w:type="paragraph" w:styleId="Liste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epuc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epuc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epuc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enum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enum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enum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e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e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e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edemacro">
    <w:name w:val="macro"/>
    <w:link w:val="Textede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edemacroCar">
    <w:name w:val="Texte de macro Car"/>
    <w:basedOn w:val="Policepardfaut"/>
    <w:link w:val="Textedemacro"/>
    <w:uiPriority w:val="99"/>
    <w:rsid w:val="0029639D"/>
    <w:rPr>
      <w:rFonts w:ascii="Courier" w:hAnsi="Courier"/>
      <w:sz w:val="20"/>
      <w:szCs w:val="20"/>
    </w:rPr>
  </w:style>
  <w:style w:type="paragraph" w:styleId="Citation">
    <w:name w:val="Quote"/>
    <w:basedOn w:val="Normal"/>
    <w:next w:val="Normal"/>
    <w:link w:val="CitationCar"/>
    <w:uiPriority w:val="29"/>
    <w:qFormat/>
    <w:rsid w:val="00FC693F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FC693F"/>
    <w:rPr>
      <w:i/>
      <w:iCs/>
      <w:color w:val="000000" w:themeColor="text1"/>
    </w:rPr>
  </w:style>
  <w:style w:type="character" w:customStyle="1" w:styleId="Titre4Car">
    <w:name w:val="Titre 4 Car"/>
    <w:basedOn w:val="Policepardfaut"/>
    <w:link w:val="Titre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lev">
    <w:name w:val="Strong"/>
    <w:basedOn w:val="Policepardfaut"/>
    <w:uiPriority w:val="22"/>
    <w:qFormat/>
    <w:rsid w:val="00FC693F"/>
    <w:rPr>
      <w:b/>
      <w:bCs/>
    </w:rPr>
  </w:style>
  <w:style w:type="character" w:styleId="Accentuation">
    <w:name w:val="Emphasis"/>
    <w:basedOn w:val="Policepardfaut"/>
    <w:uiPriority w:val="20"/>
    <w:qFormat/>
    <w:rsid w:val="00FC693F"/>
    <w:rPr>
      <w:i/>
      <w:iCs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C693F"/>
    <w:rPr>
      <w:b/>
      <w:bCs/>
      <w:i/>
      <w:iCs/>
      <w:color w:val="4F81BD" w:themeColor="accent1"/>
    </w:rPr>
  </w:style>
  <w:style w:type="character" w:styleId="Accentuationlgre">
    <w:name w:val="Subtle Emphasis"/>
    <w:basedOn w:val="Policepardfaut"/>
    <w:uiPriority w:val="19"/>
    <w:qFormat/>
    <w:rsid w:val="00FC693F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FC693F"/>
    <w:rPr>
      <w:b/>
      <w:bCs/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FC693F"/>
    <w:rPr>
      <w:smallCaps/>
      <w:color w:val="C0504D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FC693F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FC693F"/>
    <w:pPr>
      <w:outlineLvl w:val="9"/>
    </w:pPr>
  </w:style>
  <w:style w:type="table" w:styleId="Grilledutableau">
    <w:name w:val="Table Grid"/>
    <w:basedOn w:val="Tableau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Ombrageclair">
    <w:name w:val="Light Shading"/>
    <w:basedOn w:val="Tableau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rameclaire-Accent1">
    <w:name w:val="Light Shading Accent 1"/>
    <w:basedOn w:val="Tableau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rameclaire-Accent2">
    <w:name w:val="Light Shading Accent 2"/>
    <w:basedOn w:val="Tableau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Trameclaire-Accent3">
    <w:name w:val="Light Shading Accent 3"/>
    <w:basedOn w:val="Tableau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Trameclaire-Accent4">
    <w:name w:val="Light Shading Accent 4"/>
    <w:basedOn w:val="Tableau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Trameclaire-Accent5">
    <w:name w:val="Light Shading Accent 5"/>
    <w:basedOn w:val="Tableau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Trameclaire-Accent6">
    <w:name w:val="Light Shading Accent 6"/>
    <w:basedOn w:val="Tableau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eclaire">
    <w:name w:val="Light List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eclaire-Accent1">
    <w:name w:val="Light List Accent 1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2">
    <w:name w:val="Light List Accent 2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eclaire-Accent3">
    <w:name w:val="Light List Accent 3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eclaire-Accent4">
    <w:name w:val="Light List Accent 4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eclaire-Accent5">
    <w:name w:val="Light List Accent 5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eclaire-Accent6">
    <w:name w:val="Light List Accent 6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illeclaire">
    <w:name w:val="Light Grid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illeclaire-Accent1">
    <w:name w:val="Light Grid Accent 1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illeclaire-Accent2">
    <w:name w:val="Light Grid Accent 2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illeclaire-Accent3">
    <w:name w:val="Light Grid Accent 3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illeclaire-Accent4">
    <w:name w:val="Light Grid Accent 4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illeclaire-Accent5">
    <w:name w:val="Light Grid Accent 5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illeclaire-Accent6">
    <w:name w:val="Light Grid Accent 6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Tramemoyenne1">
    <w:name w:val="Medium Shading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1">
    <w:name w:val="Medium Shading 1 Accent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2">
    <w:name w:val="Medium Shading 1 Accent 2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3">
    <w:name w:val="Medium Shading 1 Accent 3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4">
    <w:name w:val="Medium Shading 1 Accent 4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5">
    <w:name w:val="Medium Shading 1 Accent 5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6">
    <w:name w:val="Medium Shading 1 Accent 6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2">
    <w:name w:val="Medium Shading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1">
    <w:name w:val="Medium Shading 2 Accent 1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2">
    <w:name w:val="Medium Shading 2 Accent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3">
    <w:name w:val="Medium Shading 2 Accent 3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4">
    <w:name w:val="Medium Shading 2 Accent 4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5">
    <w:name w:val="Medium Shading 2 Accent 5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6">
    <w:name w:val="Medium Shading 2 Accent 6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emoyenne1">
    <w:name w:val="Medium Lis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emoyenne1-Accent1">
    <w:name w:val="Medium List 1 Accen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emoyenne1-Accent2">
    <w:name w:val="Medium List 1 Accent 2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emoyenne1-Accent3">
    <w:name w:val="Medium List 1 Accent 3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emoyenne1-Accent4">
    <w:name w:val="Medium List 1 Accent 4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emoyenne1-Accent5">
    <w:name w:val="Medium List 1 Accent 5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emoyenne1-Accent6">
    <w:name w:val="Medium List 1 Accent 6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emoyenne2">
    <w:name w:val="Medium Lis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1">
    <w:name w:val="Medium List 2 Accent 1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2">
    <w:name w:val="Medium List 2 Accen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3">
    <w:name w:val="Medium List 2 Accent 3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4">
    <w:name w:val="Medium List 2 Accent 4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5">
    <w:name w:val="Medium List 2 Accent 5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6">
    <w:name w:val="Medium List 2 Accent 6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illemoyenne1">
    <w:name w:val="Medium Grid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moyenne1-Accent1">
    <w:name w:val="Medium Grid 1 Accent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moyenne1-Accent2">
    <w:name w:val="Medium Grid 1 Accent 2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moyenne1-Accent3">
    <w:name w:val="Medium Grid 1 Accent 3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moyenne1-Accent4">
    <w:name w:val="Medium Grid 1 Accent 4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moyenne1-Accent5">
    <w:name w:val="Medium Grid 1 Accent 5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moyenne1-Accent6">
    <w:name w:val="Medium Grid 1 Accent 6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illemoyenne2">
    <w:name w:val="Medium Grid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1">
    <w:name w:val="Medium Grid 2 Accent 1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2">
    <w:name w:val="Medium Grid 2 Accent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3">
    <w:name w:val="Medium Grid 2 Accent 3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4">
    <w:name w:val="Medium Grid 2 Accent 4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5">
    <w:name w:val="Medium Grid 2 Accent 5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6">
    <w:name w:val="Medium Grid 2 Accent 6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3">
    <w:name w:val="Medium Grid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illemoyenne3-Accent1">
    <w:name w:val="Medium Grid 3 Accent 1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illemoyenne3-Accent2">
    <w:name w:val="Medium Grid 3 Accent 2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illemoyenne3-Accent3">
    <w:name w:val="Medium Grid 3 Accent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illemoyenne3-Accent4">
    <w:name w:val="Medium Grid 3 Accent 4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illemoyenne3-Accent5">
    <w:name w:val="Medium Grid 3 Accent 5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illemoyenne3-Accent6">
    <w:name w:val="Medium Grid 3 Accent 6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efonce">
    <w:name w:val="Dark List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efonce-Accent1">
    <w:name w:val="Dark List Accent 1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efonce-Accent2">
    <w:name w:val="Dark List Accent 2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efonce-Accent3">
    <w:name w:val="Dark List Accent 3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efonce-Accent4">
    <w:name w:val="Dark List Accent 4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efonce-Accent5">
    <w:name w:val="Dark List Accent 5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efonce-Accent6">
    <w:name w:val="Dark List Accent 6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Tramecouleur">
    <w:name w:val="Colorful Shading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1">
    <w:name w:val="Colorful Shading Accent 1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2">
    <w:name w:val="Colorful Shading Accent 2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3">
    <w:name w:val="Colorful Shading Accent 3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Tramecouleur-Accent4">
    <w:name w:val="Colorful Shading Accent 4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5">
    <w:name w:val="Colorful Shading Accent 5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6">
    <w:name w:val="Colorful Shading Accent 6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ecouleur">
    <w:name w:val="Colorful List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couleur-Accent1">
    <w:name w:val="Colorful List Accent 1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ecouleur-Accent2">
    <w:name w:val="Colorful List Accent 2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ecouleur-Accent3">
    <w:name w:val="Colorful List Accent 3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ecouleur-Accent4">
    <w:name w:val="Colorful List Accent 4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ecouleur-Accent5">
    <w:name w:val="Colorful List Accent 5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ecouleur-Accent6">
    <w:name w:val="Colorful List Accent 6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llecouleur">
    <w:name w:val="Colorful Grid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couleur-Accent1">
    <w:name w:val="Colorful Grid Accent 1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couleur-Accent2">
    <w:name w:val="Colorful Grid Accent 2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couleur-Accent3">
    <w:name w:val="Colorful Grid Accent 3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couleur-Accent4">
    <w:name w:val="Colorful Grid Accent 4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couleur-Accent5">
    <w:name w:val="Colorful Grid Accent 5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couleur-Accent6">
    <w:name w:val="Colorful Grid Accent 6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2</Pages>
  <Words>257</Words>
  <Characters>1415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1669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Ahmed Ala</cp:lastModifiedBy>
  <cp:revision>4</cp:revision>
  <cp:lastPrinted>2025-08-27T11:18:00Z</cp:lastPrinted>
  <dcterms:created xsi:type="dcterms:W3CDTF">2013-12-23T23:15:00Z</dcterms:created>
  <dcterms:modified xsi:type="dcterms:W3CDTF">2025-08-29T19:13:00Z</dcterms:modified>
  <cp:category/>
</cp:coreProperties>
</file>