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2D7F34" w14:textId="2DE2C37B" w:rsidR="005C612B" w:rsidRPr="000C00EB" w:rsidRDefault="000C00EB">
      <w:pPr>
        <w:pStyle w:val="Titre"/>
        <w:jc w:val="center"/>
        <w:rPr>
          <w:sz w:val="40"/>
          <w:szCs w:val="40"/>
          <w:lang w:val="fr-FR"/>
        </w:rPr>
      </w:pPr>
      <w:r w:rsidRPr="000C00EB">
        <w:rPr>
          <w:sz w:val="40"/>
          <w:szCs w:val="40"/>
          <w:lang w:val="fr-FR"/>
        </w:rPr>
        <w:t>Rapport d'audit interne - Système de Management Santé &amp; Sécurité au Travail (S&amp;ST)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320"/>
        <w:gridCol w:w="4320"/>
      </w:tblGrid>
      <w:tr w:rsidR="005C612B" w14:paraId="7D269675" w14:textId="77777777">
        <w:tc>
          <w:tcPr>
            <w:tcW w:w="4320" w:type="dxa"/>
          </w:tcPr>
          <w:p w14:paraId="4275BD9D" w14:textId="77777777" w:rsidR="005C612B" w:rsidRDefault="00000000">
            <w:proofErr w:type="spellStart"/>
            <w:r>
              <w:t>Réf</w:t>
            </w:r>
            <w:proofErr w:type="spellEnd"/>
            <w:r>
              <w:t xml:space="preserve">. </w:t>
            </w:r>
            <w:proofErr w:type="gramStart"/>
            <w:r>
              <w:t>Doc :</w:t>
            </w:r>
            <w:proofErr w:type="gramEnd"/>
          </w:p>
        </w:tc>
        <w:tc>
          <w:tcPr>
            <w:tcW w:w="4320" w:type="dxa"/>
          </w:tcPr>
          <w:p w14:paraId="39F81411" w14:textId="2A35E2A8" w:rsidR="005C612B" w:rsidRDefault="000C00EB">
            <w:r>
              <w:t>RAI</w:t>
            </w:r>
            <w:r w:rsidR="00F741EA">
              <w:t>-01-2025</w:t>
            </w:r>
          </w:p>
        </w:tc>
      </w:tr>
      <w:tr w:rsidR="005C612B" w14:paraId="7142C8A0" w14:textId="77777777">
        <w:tc>
          <w:tcPr>
            <w:tcW w:w="4320" w:type="dxa"/>
          </w:tcPr>
          <w:p w14:paraId="4C66EEE1" w14:textId="77777777" w:rsidR="005C612B" w:rsidRDefault="00000000">
            <w:proofErr w:type="gramStart"/>
            <w:r>
              <w:t>Version :</w:t>
            </w:r>
            <w:proofErr w:type="gramEnd"/>
          </w:p>
        </w:tc>
        <w:tc>
          <w:tcPr>
            <w:tcW w:w="4320" w:type="dxa"/>
          </w:tcPr>
          <w:p w14:paraId="23E708A1" w14:textId="77777777" w:rsidR="005C612B" w:rsidRDefault="00000000">
            <w:r>
              <w:t>1.0</w:t>
            </w:r>
          </w:p>
        </w:tc>
      </w:tr>
      <w:tr w:rsidR="005C612B" w14:paraId="5D4CB190" w14:textId="77777777">
        <w:tc>
          <w:tcPr>
            <w:tcW w:w="4320" w:type="dxa"/>
          </w:tcPr>
          <w:p w14:paraId="2A178E8C" w14:textId="77777777" w:rsidR="005C612B" w:rsidRDefault="00000000">
            <w:proofErr w:type="gramStart"/>
            <w:r>
              <w:t>Date :</w:t>
            </w:r>
            <w:proofErr w:type="gramEnd"/>
          </w:p>
        </w:tc>
        <w:tc>
          <w:tcPr>
            <w:tcW w:w="4320" w:type="dxa"/>
          </w:tcPr>
          <w:p w14:paraId="64C46467" w14:textId="2D48F371" w:rsidR="005C612B" w:rsidRDefault="00303D93">
            <w:r>
              <w:t>30/03/2025</w:t>
            </w:r>
          </w:p>
        </w:tc>
      </w:tr>
      <w:tr w:rsidR="005C612B" w14:paraId="36B6C4D7" w14:textId="77777777">
        <w:tc>
          <w:tcPr>
            <w:tcW w:w="4320" w:type="dxa"/>
          </w:tcPr>
          <w:p w14:paraId="6244BB99" w14:textId="77777777" w:rsidR="005C612B" w:rsidRDefault="00000000">
            <w:r>
              <w:t xml:space="preserve">Établi </w:t>
            </w:r>
            <w:proofErr w:type="gramStart"/>
            <w:r>
              <w:t>par :</w:t>
            </w:r>
            <w:proofErr w:type="gramEnd"/>
          </w:p>
        </w:tc>
        <w:tc>
          <w:tcPr>
            <w:tcW w:w="4320" w:type="dxa"/>
          </w:tcPr>
          <w:p w14:paraId="01DDD811" w14:textId="77777777" w:rsidR="005C612B" w:rsidRDefault="00000000">
            <w:r>
              <w:t>Responsable QHSE</w:t>
            </w:r>
          </w:p>
        </w:tc>
      </w:tr>
    </w:tbl>
    <w:p w14:paraId="626332A5" w14:textId="77777777" w:rsidR="00F741EA" w:rsidRDefault="00F741EA">
      <w:pPr>
        <w:rPr>
          <w:lang w:val="fr-FR"/>
        </w:rPr>
      </w:pPr>
    </w:p>
    <w:p w14:paraId="2886FB60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>Portée de l'audit : Évaluation de la conformité du système de management S&amp;ST pour l'activité de Drive Test et de benchmark QoS.</w:t>
      </w:r>
    </w:p>
    <w:p w14:paraId="5D665C21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 xml:space="preserve">Référence normative : ISO </w:t>
      </w:r>
      <w:proofErr w:type="gramStart"/>
      <w:r w:rsidRPr="000C00EB">
        <w:rPr>
          <w:lang w:val="fr-FR"/>
        </w:rPr>
        <w:t>45001:</w:t>
      </w:r>
      <w:proofErr w:type="gramEnd"/>
      <w:r w:rsidRPr="000C00EB">
        <w:rPr>
          <w:lang w:val="fr-FR"/>
        </w:rPr>
        <w:t>2018 - Systèmes de management S&amp;ST.</w:t>
      </w:r>
    </w:p>
    <w:p w14:paraId="3AE9380D" w14:textId="77777777" w:rsidR="00EF0DAE" w:rsidRPr="000C00EB" w:rsidRDefault="00000000">
      <w:pPr>
        <w:pStyle w:val="Titre2"/>
        <w:rPr>
          <w:lang w:val="fr-FR"/>
        </w:rPr>
      </w:pPr>
      <w:r w:rsidRPr="000C00EB">
        <w:rPr>
          <w:lang w:val="fr-FR"/>
        </w:rPr>
        <w:t>1. Observations générales</w:t>
      </w:r>
    </w:p>
    <w:p w14:paraId="2018314D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>Forces :</w:t>
      </w:r>
    </w:p>
    <w:p w14:paraId="5B2823FF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>- Engagement de la direction démontré par la certification en conduite défensive pour les techniciens et ingénieurs.</w:t>
      </w:r>
    </w:p>
    <w:p w14:paraId="2DF9E35A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>- Mise en place de procédures de sécurité pour les déplacements sur le terrain.</w:t>
      </w:r>
    </w:p>
    <w:p w14:paraId="6693B4E2" w14:textId="77777777" w:rsidR="00EF0DAE" w:rsidRPr="000C00EB" w:rsidRDefault="00000000">
      <w:pPr>
        <w:rPr>
          <w:lang w:val="fr-FR"/>
        </w:rPr>
      </w:pPr>
      <w:r w:rsidRPr="000C00EB">
        <w:rPr>
          <w:lang w:val="fr-FR"/>
        </w:rPr>
        <w:t>Faiblesses / Non-conformités :</w:t>
      </w:r>
    </w:p>
    <w:p w14:paraId="4B8F1CFD" w14:textId="6873CF3B" w:rsidR="00EF0DAE" w:rsidRPr="000C00EB" w:rsidRDefault="00000000">
      <w:pPr>
        <w:rPr>
          <w:lang w:val="fr-FR"/>
        </w:rPr>
      </w:pPr>
      <w:r w:rsidRPr="000C00EB">
        <w:rPr>
          <w:lang w:val="fr-FR"/>
        </w:rPr>
        <w:t xml:space="preserve">- Certificat de secourisme d'un ingénieur </w:t>
      </w:r>
      <w:r w:rsidR="00C14761">
        <w:rPr>
          <w:lang w:val="fr-FR"/>
        </w:rPr>
        <w:t xml:space="preserve">recruté </w:t>
      </w:r>
      <w:r w:rsidRPr="000C00EB">
        <w:rPr>
          <w:lang w:val="fr-FR"/>
        </w:rPr>
        <w:t>est expiré (datant de 2009).</w:t>
      </w:r>
    </w:p>
    <w:p w14:paraId="4C57FC69" w14:textId="77777777" w:rsidR="00EF0DAE" w:rsidRDefault="00000000">
      <w:pPr>
        <w:rPr>
          <w:lang w:val="fr-FR"/>
        </w:rPr>
      </w:pPr>
      <w:r w:rsidRPr="000C00EB">
        <w:rPr>
          <w:lang w:val="fr-FR"/>
        </w:rPr>
        <w:t>- Absence de registre d'inspection pour les équipements IT portables (ordinateurs, scanners).</w:t>
      </w:r>
    </w:p>
    <w:p w14:paraId="1DD5702A" w14:textId="5B320AC2" w:rsidR="000C00EB" w:rsidRPr="000C00EB" w:rsidRDefault="000C00EB">
      <w:pPr>
        <w:rPr>
          <w:lang w:val="fr-FR"/>
        </w:rPr>
      </w:pPr>
      <w:r>
        <w:rPr>
          <w:lang w:val="fr-FR"/>
        </w:rPr>
        <w:t>- Former les nouveaux techniciens de terrain recrutés.</w:t>
      </w:r>
      <w:r w:rsidR="00303D93">
        <w:rPr>
          <w:lang w:val="fr-FR"/>
        </w:rPr>
        <w:br/>
      </w:r>
    </w:p>
    <w:p w14:paraId="667B3490" w14:textId="77777777" w:rsidR="00EF0DAE" w:rsidRPr="000C00EB" w:rsidRDefault="00000000">
      <w:pPr>
        <w:pStyle w:val="Titre2"/>
        <w:rPr>
          <w:lang w:val="fr-FR"/>
        </w:rPr>
      </w:pPr>
      <w:r w:rsidRPr="000C00EB">
        <w:rPr>
          <w:lang w:val="fr-FR"/>
        </w:rPr>
        <w:t>2. Constatations et Actions Correctives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18"/>
        <w:gridCol w:w="2268"/>
        <w:gridCol w:w="2268"/>
        <w:gridCol w:w="1659"/>
      </w:tblGrid>
      <w:tr w:rsidR="00EF0DAE" w14:paraId="62A84C19" w14:textId="77777777" w:rsidTr="0032565B">
        <w:tc>
          <w:tcPr>
            <w:tcW w:w="2518" w:type="dxa"/>
          </w:tcPr>
          <w:p w14:paraId="1F9C7226" w14:textId="77777777" w:rsidR="00EF0DAE" w:rsidRPr="000C00EB" w:rsidRDefault="00000000">
            <w:pPr>
              <w:rPr>
                <w:lang w:val="fr-FR"/>
              </w:rPr>
            </w:pPr>
            <w:r w:rsidRPr="000C00EB">
              <w:rPr>
                <w:lang w:val="fr-FR"/>
              </w:rPr>
              <w:t>Constatation (Non-conformité ou opportunité d’amélioration)</w:t>
            </w:r>
          </w:p>
        </w:tc>
        <w:tc>
          <w:tcPr>
            <w:tcW w:w="2268" w:type="dxa"/>
          </w:tcPr>
          <w:p w14:paraId="4FD3DC9E" w14:textId="77777777" w:rsidR="00EF0DAE" w:rsidRDefault="00000000">
            <w:proofErr w:type="spellStart"/>
            <w:r>
              <w:t>Recommandation</w:t>
            </w:r>
            <w:proofErr w:type="spellEnd"/>
            <w:r>
              <w:t xml:space="preserve"> / Action corrective </w:t>
            </w:r>
            <w:proofErr w:type="spellStart"/>
            <w:r>
              <w:t>proposée</w:t>
            </w:r>
            <w:proofErr w:type="spellEnd"/>
          </w:p>
        </w:tc>
        <w:tc>
          <w:tcPr>
            <w:tcW w:w="2268" w:type="dxa"/>
          </w:tcPr>
          <w:p w14:paraId="0DC377D0" w14:textId="77777777" w:rsidR="00EF0DAE" w:rsidRDefault="00000000">
            <w:proofErr w:type="spellStart"/>
            <w:r>
              <w:t>Responsable</w:t>
            </w:r>
            <w:proofErr w:type="spellEnd"/>
          </w:p>
        </w:tc>
        <w:tc>
          <w:tcPr>
            <w:tcW w:w="1659" w:type="dxa"/>
          </w:tcPr>
          <w:p w14:paraId="1ED814F2" w14:textId="77777777" w:rsidR="00EF0DAE" w:rsidRDefault="00000000">
            <w:proofErr w:type="spellStart"/>
            <w:r>
              <w:t>Échéance</w:t>
            </w:r>
            <w:proofErr w:type="spellEnd"/>
          </w:p>
        </w:tc>
      </w:tr>
      <w:tr w:rsidR="00EF0DAE" w14:paraId="11C4A8B9" w14:textId="77777777" w:rsidTr="0032565B">
        <w:tc>
          <w:tcPr>
            <w:tcW w:w="2518" w:type="dxa"/>
          </w:tcPr>
          <w:p w14:paraId="6D7C4028" w14:textId="2C37AB0A" w:rsidR="00EF0DAE" w:rsidRPr="000C00EB" w:rsidRDefault="00000000">
            <w:pPr>
              <w:rPr>
                <w:lang w:val="fr-FR"/>
              </w:rPr>
            </w:pPr>
            <w:r w:rsidRPr="000C00EB">
              <w:rPr>
                <w:lang w:val="fr-FR"/>
              </w:rPr>
              <w:t>Non-conformité : Le certificat de secourisme de l'ingénieur est expiré.</w:t>
            </w:r>
          </w:p>
        </w:tc>
        <w:tc>
          <w:tcPr>
            <w:tcW w:w="2268" w:type="dxa"/>
          </w:tcPr>
          <w:p w14:paraId="52B64002" w14:textId="5537DFF9" w:rsidR="00EF0DAE" w:rsidRPr="000C00EB" w:rsidRDefault="00000000">
            <w:pPr>
              <w:rPr>
                <w:lang w:val="fr-FR"/>
              </w:rPr>
            </w:pPr>
            <w:r w:rsidRPr="000C00EB">
              <w:rPr>
                <w:lang w:val="fr-FR"/>
              </w:rPr>
              <w:t xml:space="preserve">Renouvellement de la certification en secourisme pour </w:t>
            </w:r>
            <w:r w:rsidR="00C14761">
              <w:rPr>
                <w:lang w:val="fr-FR"/>
              </w:rPr>
              <w:t>le profil en question</w:t>
            </w:r>
            <w:r w:rsidRPr="000C00EB">
              <w:rPr>
                <w:lang w:val="fr-FR"/>
              </w:rPr>
              <w:t>.</w:t>
            </w:r>
          </w:p>
        </w:tc>
        <w:tc>
          <w:tcPr>
            <w:tcW w:w="2268" w:type="dxa"/>
          </w:tcPr>
          <w:p w14:paraId="34C261C5" w14:textId="28B404E5" w:rsidR="00EF0DAE" w:rsidRDefault="00C14761">
            <w:proofErr w:type="spellStart"/>
            <w:r>
              <w:t>Responsable</w:t>
            </w:r>
            <w:proofErr w:type="spellEnd"/>
            <w:r>
              <w:t xml:space="preserve"> HSE</w:t>
            </w:r>
          </w:p>
        </w:tc>
        <w:tc>
          <w:tcPr>
            <w:tcW w:w="1659" w:type="dxa"/>
          </w:tcPr>
          <w:p w14:paraId="202DA2A0" w14:textId="7E8B2D7D" w:rsidR="00EF0DAE" w:rsidRDefault="00303D93">
            <w:r>
              <w:t>Dec-2025</w:t>
            </w:r>
          </w:p>
        </w:tc>
      </w:tr>
      <w:tr w:rsidR="00EF0DAE" w14:paraId="6923DAF6" w14:textId="77777777" w:rsidTr="0032565B">
        <w:tc>
          <w:tcPr>
            <w:tcW w:w="2518" w:type="dxa"/>
          </w:tcPr>
          <w:p w14:paraId="40897775" w14:textId="77777777" w:rsidR="00EF0DAE" w:rsidRPr="000C00EB" w:rsidRDefault="00000000">
            <w:pPr>
              <w:rPr>
                <w:lang w:val="fr-FR"/>
              </w:rPr>
            </w:pPr>
            <w:r w:rsidRPr="000C00EB">
              <w:rPr>
                <w:lang w:val="fr-FR"/>
              </w:rPr>
              <w:t>Opportunité : Manque de registres d'inspection pour les équipements.</w:t>
            </w:r>
          </w:p>
        </w:tc>
        <w:tc>
          <w:tcPr>
            <w:tcW w:w="2268" w:type="dxa"/>
          </w:tcPr>
          <w:p w14:paraId="74B88A75" w14:textId="77777777" w:rsidR="00EF0DAE" w:rsidRPr="000C00EB" w:rsidRDefault="00000000">
            <w:pPr>
              <w:rPr>
                <w:lang w:val="fr-FR"/>
              </w:rPr>
            </w:pPr>
            <w:r w:rsidRPr="000C00EB">
              <w:rPr>
                <w:lang w:val="fr-FR"/>
              </w:rPr>
              <w:t xml:space="preserve">Création d'un registre d'inspection détaillé incluant les numéros de série, dates de dernière </w:t>
            </w:r>
            <w:r w:rsidRPr="000C00EB">
              <w:rPr>
                <w:lang w:val="fr-FR"/>
              </w:rPr>
              <w:lastRenderedPageBreak/>
              <w:t>inspection, etc.</w:t>
            </w:r>
          </w:p>
        </w:tc>
        <w:tc>
          <w:tcPr>
            <w:tcW w:w="2268" w:type="dxa"/>
          </w:tcPr>
          <w:p w14:paraId="66A4AB3B" w14:textId="77777777" w:rsidR="00EF0DAE" w:rsidRDefault="00000000">
            <w:proofErr w:type="spellStart"/>
            <w:r>
              <w:lastRenderedPageBreak/>
              <w:t>Responsable</w:t>
            </w:r>
            <w:proofErr w:type="spellEnd"/>
            <w:r>
              <w:t xml:space="preserve"> HSE</w:t>
            </w:r>
          </w:p>
        </w:tc>
        <w:tc>
          <w:tcPr>
            <w:tcW w:w="1659" w:type="dxa"/>
          </w:tcPr>
          <w:p w14:paraId="5649D2AB" w14:textId="1BCD6785" w:rsidR="00EF0DAE" w:rsidRDefault="00303D93">
            <w:r>
              <w:t>Mai-2025</w:t>
            </w:r>
          </w:p>
        </w:tc>
      </w:tr>
    </w:tbl>
    <w:p w14:paraId="1F93FE57" w14:textId="77777777" w:rsidR="00EF0DAE" w:rsidRDefault="00000000">
      <w:pPr>
        <w:pStyle w:val="Titre2"/>
      </w:pPr>
      <w:r>
        <w:t>3. Conclusion de l'audit</w:t>
      </w:r>
    </w:p>
    <w:p w14:paraId="13DC2148" w14:textId="77777777" w:rsidR="0032565B" w:rsidRPr="0032565B" w:rsidRDefault="0032565B" w:rsidP="0032565B">
      <w:pPr>
        <w:pStyle w:val="Titre2"/>
      </w:pPr>
      <w:r w:rsidRPr="0032565B">
        <w:t>3.1 Niveau de maturité du système</w:t>
      </w:r>
    </w:p>
    <w:p w14:paraId="7EF584BE" w14:textId="77777777" w:rsidR="0032565B" w:rsidRPr="0032565B" w:rsidRDefault="0032565B" w:rsidP="0032565B">
      <w:pPr>
        <w:rPr>
          <w:lang w:val="fr-FR"/>
        </w:rPr>
      </w:pPr>
      <w:r w:rsidRPr="0032565B">
        <w:rPr>
          <w:lang w:val="fr-FR"/>
        </w:rPr>
        <w:t xml:space="preserve">L’évaluation du système de management S&amp;ST de Telcotec pour l’activité de </w:t>
      </w:r>
      <w:r w:rsidRPr="0032565B">
        <w:rPr>
          <w:b/>
          <w:bCs/>
          <w:lang w:val="fr-FR"/>
        </w:rPr>
        <w:t>Drive Test et benchmark QoS</w:t>
      </w:r>
      <w:r w:rsidRPr="0032565B">
        <w:rPr>
          <w:lang w:val="fr-FR"/>
        </w:rPr>
        <w:t xml:space="preserve"> révèle :</w:t>
      </w:r>
    </w:p>
    <w:p w14:paraId="2BF27911" w14:textId="77777777" w:rsidR="0032565B" w:rsidRPr="0032565B" w:rsidRDefault="0032565B" w:rsidP="0032565B">
      <w:pPr>
        <w:numPr>
          <w:ilvl w:val="0"/>
          <w:numId w:val="10"/>
        </w:numPr>
        <w:rPr>
          <w:lang w:val="fr-FR"/>
        </w:rPr>
      </w:pPr>
      <w:r w:rsidRPr="0032565B">
        <w:rPr>
          <w:b/>
          <w:bCs/>
          <w:lang w:val="fr-FR"/>
        </w:rPr>
        <w:t>Points forts</w:t>
      </w:r>
      <w:r w:rsidRPr="0032565B">
        <w:rPr>
          <w:lang w:val="fr-FR"/>
        </w:rPr>
        <w:t xml:space="preserve"> : un engagement de la direction confirmé, des procédures de sécurité routière et terrain en place, et une bonne culture sécurité démontrée par la majorité des équipes.</w:t>
      </w:r>
    </w:p>
    <w:p w14:paraId="101B4763" w14:textId="77777777" w:rsidR="0032565B" w:rsidRPr="0032565B" w:rsidRDefault="0032565B" w:rsidP="0032565B">
      <w:pPr>
        <w:numPr>
          <w:ilvl w:val="0"/>
          <w:numId w:val="10"/>
        </w:numPr>
        <w:rPr>
          <w:lang w:val="fr-FR"/>
        </w:rPr>
      </w:pPr>
      <w:r w:rsidRPr="0032565B">
        <w:rPr>
          <w:b/>
          <w:bCs/>
          <w:lang w:val="fr-FR"/>
        </w:rPr>
        <w:t>Points à améliorer</w:t>
      </w:r>
      <w:r w:rsidRPr="0032565B">
        <w:rPr>
          <w:lang w:val="fr-FR"/>
        </w:rPr>
        <w:t xml:space="preserve"> : certaines lacunes dans la gestion documentaire (registre des inspections d’équipements, suivi des certificats de formation et de secourisme), nécessitant une meilleure planification et un contrôle renforcé.</w:t>
      </w:r>
    </w:p>
    <w:p w14:paraId="018E5C03" w14:textId="39DAE97F" w:rsidR="0032565B" w:rsidRPr="0032565B" w:rsidRDefault="0032565B" w:rsidP="0032565B">
      <w:pPr>
        <w:rPr>
          <w:lang w:val="fr-FR"/>
        </w:rPr>
      </w:pPr>
      <w:r w:rsidRPr="0032565B"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fr-FR"/>
        </w:rPr>
        <w:t>Appréciation globale :</w:t>
      </w:r>
      <w:r w:rsidRPr="0032565B">
        <w:rPr>
          <w:lang w:val="fr-FR"/>
        </w:rPr>
        <w:br/>
        <w:t>Le système est jugé “</w:t>
      </w:r>
      <w:r w:rsidRPr="0032565B">
        <w:rPr>
          <w:b/>
          <w:bCs/>
          <w:lang w:val="fr-FR"/>
        </w:rPr>
        <w:t>satisfaisant avec des points à améliorer</w:t>
      </w:r>
      <w:r w:rsidRPr="0032565B">
        <w:rPr>
          <w:lang w:val="fr-FR"/>
        </w:rPr>
        <w:t xml:space="preserve">” et conforme dans l’ensemble aux exigences </w:t>
      </w:r>
      <w:r w:rsidRPr="0032565B">
        <w:rPr>
          <w:b/>
          <w:bCs/>
          <w:lang w:val="fr-FR"/>
        </w:rPr>
        <w:t xml:space="preserve">ISO </w:t>
      </w:r>
      <w:proofErr w:type="gramStart"/>
      <w:r w:rsidRPr="0032565B">
        <w:rPr>
          <w:b/>
          <w:bCs/>
          <w:lang w:val="fr-FR"/>
        </w:rPr>
        <w:t xml:space="preserve">45001 </w:t>
      </w:r>
      <w:r w:rsidRPr="0032565B">
        <w:rPr>
          <w:lang w:val="fr-FR"/>
        </w:rPr>
        <w:t>,</w:t>
      </w:r>
      <w:proofErr w:type="gramEnd"/>
      <w:r w:rsidRPr="0032565B">
        <w:rPr>
          <w:lang w:val="fr-FR"/>
        </w:rPr>
        <w:t xml:space="preserve"> sous réserve de mise en œuvre rapide des actions correctives.</w:t>
      </w:r>
    </w:p>
    <w:p w14:paraId="4D6C97A9" w14:textId="77777777" w:rsidR="0032565B" w:rsidRPr="0032565B" w:rsidRDefault="0032565B" w:rsidP="0032565B">
      <w:pPr>
        <w:pStyle w:val="Titre2"/>
      </w:pPr>
      <w:r w:rsidRPr="0032565B">
        <w:t>3.2 Synthèse des constats</w:t>
      </w:r>
    </w:p>
    <w:p w14:paraId="5A030D8E" w14:textId="77777777" w:rsidR="0032565B" w:rsidRPr="0032565B" w:rsidRDefault="0032565B" w:rsidP="0032565B">
      <w:pPr>
        <w:numPr>
          <w:ilvl w:val="0"/>
          <w:numId w:val="11"/>
        </w:numPr>
        <w:rPr>
          <w:lang w:val="fr-FR"/>
        </w:rPr>
      </w:pPr>
      <w:r w:rsidRPr="0032565B">
        <w:rPr>
          <w:b/>
          <w:bCs/>
          <w:lang w:val="fr-FR"/>
        </w:rPr>
        <w:t>Non-conformité majeure</w:t>
      </w:r>
      <w:r w:rsidRPr="0032565B">
        <w:rPr>
          <w:lang w:val="fr-FR"/>
        </w:rPr>
        <w:t xml:space="preserve"> : certificat de secourisme expiré pour un ingénieur → à corriger immédiatement.</w:t>
      </w:r>
    </w:p>
    <w:p w14:paraId="422BD9C0" w14:textId="77777777" w:rsidR="0032565B" w:rsidRPr="0032565B" w:rsidRDefault="0032565B" w:rsidP="0032565B">
      <w:pPr>
        <w:numPr>
          <w:ilvl w:val="0"/>
          <w:numId w:val="11"/>
        </w:numPr>
        <w:rPr>
          <w:lang w:val="fr-FR"/>
        </w:rPr>
      </w:pPr>
      <w:r w:rsidRPr="0032565B">
        <w:rPr>
          <w:b/>
          <w:bCs/>
          <w:lang w:val="fr-FR"/>
        </w:rPr>
        <w:t>Opportunités d’amélioration</w:t>
      </w:r>
      <w:r w:rsidRPr="0032565B">
        <w:rPr>
          <w:lang w:val="fr-FR"/>
        </w:rPr>
        <w:t xml:space="preserve"> : mise en place d’un registre systématique pour les inspections d’équipements, amélioration de la traçabilité documentaire.</w:t>
      </w:r>
    </w:p>
    <w:p w14:paraId="274D7A6F" w14:textId="77777777" w:rsidR="0032565B" w:rsidRPr="0032565B" w:rsidRDefault="0032565B" w:rsidP="0032565B">
      <w:pPr>
        <w:pStyle w:val="Titre2"/>
      </w:pPr>
      <w:r w:rsidRPr="0032565B">
        <w:t>3.3 Prochaines étapes</w:t>
      </w:r>
    </w:p>
    <w:p w14:paraId="625ECC70" w14:textId="77777777" w:rsidR="0032565B" w:rsidRPr="0032565B" w:rsidRDefault="0032565B" w:rsidP="0032565B">
      <w:pPr>
        <w:numPr>
          <w:ilvl w:val="0"/>
          <w:numId w:val="12"/>
        </w:numPr>
        <w:rPr>
          <w:lang w:val="fr-FR"/>
        </w:rPr>
      </w:pPr>
      <w:r w:rsidRPr="0032565B">
        <w:rPr>
          <w:lang w:val="fr-FR"/>
        </w:rPr>
        <w:t>Renouveler toutes les certifications de secourisme arrivées à expiration.</w:t>
      </w:r>
    </w:p>
    <w:p w14:paraId="69D5D5E7" w14:textId="77777777" w:rsidR="0032565B" w:rsidRPr="0032565B" w:rsidRDefault="0032565B" w:rsidP="0032565B">
      <w:pPr>
        <w:numPr>
          <w:ilvl w:val="0"/>
          <w:numId w:val="12"/>
        </w:numPr>
        <w:rPr>
          <w:lang w:val="fr-FR"/>
        </w:rPr>
      </w:pPr>
      <w:r w:rsidRPr="0032565B">
        <w:rPr>
          <w:lang w:val="fr-FR"/>
        </w:rPr>
        <w:t>Créer et alimenter régulièrement un registre d’inspection des équipements IT et terrain.</w:t>
      </w:r>
    </w:p>
    <w:p w14:paraId="4B7BEA5D" w14:textId="77777777" w:rsidR="0032565B" w:rsidRPr="0032565B" w:rsidRDefault="0032565B" w:rsidP="0032565B">
      <w:pPr>
        <w:numPr>
          <w:ilvl w:val="0"/>
          <w:numId w:val="12"/>
        </w:numPr>
        <w:rPr>
          <w:lang w:val="fr-FR"/>
        </w:rPr>
      </w:pPr>
      <w:r w:rsidRPr="0032565B">
        <w:rPr>
          <w:lang w:val="fr-FR"/>
        </w:rPr>
        <w:t>Assurer un suivi mensuel des formations obligatoires (SSO, conduite défensive, secourisme).</w:t>
      </w:r>
    </w:p>
    <w:p w14:paraId="6BDADDC1" w14:textId="77777777" w:rsidR="0032565B" w:rsidRPr="0032565B" w:rsidRDefault="0032565B" w:rsidP="0032565B">
      <w:pPr>
        <w:numPr>
          <w:ilvl w:val="0"/>
          <w:numId w:val="12"/>
        </w:numPr>
        <w:rPr>
          <w:lang w:val="fr-FR"/>
        </w:rPr>
      </w:pPr>
      <w:r w:rsidRPr="0032565B">
        <w:rPr>
          <w:lang w:val="fr-FR"/>
        </w:rPr>
        <w:t>Préparer un audit interne complémentaire dans 6 mois pour vérifier l’efficacité des actions correctives.</w:t>
      </w:r>
    </w:p>
    <w:p w14:paraId="467A2B80" w14:textId="77777777" w:rsidR="0032565B" w:rsidRDefault="0032565B" w:rsidP="0032565B">
      <w:pPr>
        <w:numPr>
          <w:ilvl w:val="0"/>
          <w:numId w:val="12"/>
        </w:numPr>
        <w:rPr>
          <w:lang w:val="fr-FR"/>
        </w:rPr>
      </w:pPr>
      <w:r w:rsidRPr="0032565B">
        <w:rPr>
          <w:lang w:val="fr-FR"/>
        </w:rPr>
        <w:t xml:space="preserve">Présenter les résultats et progrès lors du </w:t>
      </w:r>
      <w:r w:rsidRPr="0032565B">
        <w:rPr>
          <w:b/>
          <w:bCs/>
          <w:lang w:val="fr-FR"/>
        </w:rPr>
        <w:t>Comité QHSE trimestriel</w:t>
      </w:r>
      <w:r w:rsidRPr="0032565B">
        <w:rPr>
          <w:lang w:val="fr-FR"/>
        </w:rPr>
        <w:t>.</w:t>
      </w:r>
    </w:p>
    <w:p w14:paraId="301344AC" w14:textId="77777777" w:rsidR="0032565B" w:rsidRDefault="0032565B" w:rsidP="0032565B">
      <w:pPr>
        <w:ind w:left="720"/>
        <w:rPr>
          <w:lang w:val="fr-FR"/>
        </w:rPr>
      </w:pPr>
    </w:p>
    <w:p w14:paraId="137BDC40" w14:textId="77777777" w:rsidR="00303D93" w:rsidRDefault="00303D93" w:rsidP="0032565B">
      <w:pPr>
        <w:ind w:left="720"/>
        <w:rPr>
          <w:lang w:val="fr-FR"/>
        </w:rPr>
      </w:pPr>
    </w:p>
    <w:p w14:paraId="1C748C38" w14:textId="77777777" w:rsidR="00303D93" w:rsidRDefault="00303D93" w:rsidP="0032565B">
      <w:pPr>
        <w:ind w:left="720"/>
        <w:rPr>
          <w:lang w:val="fr-FR"/>
        </w:rPr>
      </w:pPr>
    </w:p>
    <w:p w14:paraId="23CF44E6" w14:textId="77777777" w:rsidR="00303D93" w:rsidRPr="0032565B" w:rsidRDefault="00303D93" w:rsidP="0032565B">
      <w:pPr>
        <w:ind w:left="720"/>
        <w:rPr>
          <w:lang w:val="fr-FR"/>
        </w:rPr>
      </w:pPr>
    </w:p>
    <w:p w14:paraId="16AEC08F" w14:textId="65705851" w:rsidR="00303D93" w:rsidRDefault="00303D93" w:rsidP="000C00EB">
      <w:pPr>
        <w:rPr>
          <w:lang w:val="fr-F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1A1A4FE" wp14:editId="74009095">
                <wp:simplePos x="0" y="0"/>
                <wp:positionH relativeFrom="column">
                  <wp:posOffset>1371600</wp:posOffset>
                </wp:positionH>
                <wp:positionV relativeFrom="paragraph">
                  <wp:posOffset>-154940</wp:posOffset>
                </wp:positionV>
                <wp:extent cx="2738120" cy="2207895"/>
                <wp:effectExtent l="0" t="0" r="0" b="1905"/>
                <wp:wrapNone/>
                <wp:docPr id="1182828327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8120" cy="2207895"/>
                          <a:chOff x="0" y="0"/>
                          <a:chExt cx="2738120" cy="2207895"/>
                        </a:xfrm>
                      </wpg:grpSpPr>
                      <pic:pic xmlns:pic="http://schemas.openxmlformats.org/drawingml/2006/picture">
                        <pic:nvPicPr>
                          <pic:cNvPr id="1088713640" name="Image 2" descr="Une image contenant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020" y="792480"/>
                            <a:ext cx="21971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2459543" name="Image 1" descr="Une image contenant écriture manuscrite, Dessin d’enfant, calligraphie, encre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9900" b="91774" l="5967" r="90300">
                                        <a14:foregroundMark x1="5967" y1="74749" x2="17867" y2="82544"/>
                                        <a14:foregroundMark x1="53100" y1="91822" x2="53100" y2="91822"/>
                                        <a14:foregroundMark x1="56567" y1="89670" x2="55567" y2="91822"/>
                                        <a14:foregroundMark x1="76900" y1="27068" x2="81367" y2="35581"/>
                                        <a14:foregroundMark x1="89333" y1="56958" x2="87333" y2="66906"/>
                                        <a14:foregroundMark x1="90300" y1="55524" x2="87333" y2="5408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780" y="0"/>
                            <a:ext cx="132080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8699785" name="Image 3" descr="Une image contenant texte, Police, cercle, logo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632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DA298" id="Groupe 4" o:spid="_x0000_s1026" style="position:absolute;margin-left:108pt;margin-top:-12.2pt;width:215.6pt;height:173.85pt;z-index:251658240" coordsize="27381,2207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Une image contenant art&#10;&#10;Le contenu généré par l’IA peut être incorrect." style="position:absolute;left:5410;top:7924;width:21971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">
                  <v:imagedata r:id="rId12" o:title="Une image contenant art&#10;&#10;Le contenu généré par l’IA peut être incorrect"/>
                </v:shape>
                <v:shape id="Image 1" o:spid="_x0000_s1028" type="#_x0000_t75" alt="Une image contenant écriture manuscrite, Dessin d’enfant, calligraphie, encre&#10;&#10;Le contenu généré par l’IA peut être incorrect." style="position:absolute;left:12877;width:13208;height:9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">
                  <v:imagedata r:id="rId13" o:title="Une image contenant écriture manuscrite, Dessin d’enfant, calligraphie, encre&#10;&#10;Le contenu généré par l’IA peut être incorrect"/>
                </v:shape>
                <v:shape id="Image 3" o:spid="_x0000_s1029" type="#_x0000_t75" alt="Une image contenant texte, Police, cercle, logo&#10;&#10;Le contenu généré par l’IA peut être incorrect." style="position:absolute;top:10363;width:11715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">
                  <v:imagedata r:id="rId14" o:title="Une image contenant texte, Police, cercle, logo&#10;&#10;Le contenu généré par l’IA peut être incorrect"/>
                </v:shape>
              </v:group>
            </w:pict>
          </mc:Fallback>
        </mc:AlternateContent>
      </w:r>
      <w:r w:rsidR="000C00EB" w:rsidRPr="00542099">
        <w:rPr>
          <w:lang w:val="fr-FR"/>
        </w:rPr>
        <w:t xml:space="preserve">Fait à Tunis, le </w:t>
      </w:r>
      <w:r>
        <w:rPr>
          <w:lang w:val="fr-FR"/>
        </w:rPr>
        <w:t>30/03/2025</w:t>
      </w:r>
    </w:p>
    <w:p w14:paraId="05B29D40" w14:textId="37496B86" w:rsidR="000C00EB" w:rsidRPr="00542099" w:rsidRDefault="000C00EB" w:rsidP="000C00EB">
      <w:pPr>
        <w:rPr>
          <w:lang w:val="fr-FR"/>
        </w:rPr>
      </w:pPr>
      <w:r w:rsidRPr="00542099">
        <w:rPr>
          <w:lang w:val="fr-FR"/>
        </w:rPr>
        <w:br/>
        <w:t xml:space="preserve">Établi par : </w:t>
      </w:r>
      <w:r w:rsidR="00303D93">
        <w:rPr>
          <w:lang w:val="fr-FR"/>
        </w:rPr>
        <w:t>JEBARI Ahmed, responsable QHSE</w:t>
      </w:r>
      <w:r w:rsidRPr="00542099">
        <w:rPr>
          <w:lang w:val="fr-FR"/>
        </w:rPr>
        <w:br/>
      </w:r>
      <w:r w:rsidRPr="00542099">
        <w:rPr>
          <w:lang w:val="fr-FR"/>
        </w:rPr>
        <w:br/>
        <w:t xml:space="preserve">Approuvé par : </w:t>
      </w:r>
      <w:r>
        <w:rPr>
          <w:lang w:val="fr-FR"/>
        </w:rPr>
        <w:t>Taieb MASMOUDI, CTO</w:t>
      </w:r>
      <w:r w:rsidRPr="00542099">
        <w:rPr>
          <w:lang w:val="fr-FR"/>
        </w:rPr>
        <w:br/>
      </w:r>
      <w:r w:rsidRPr="00542099">
        <w:rPr>
          <w:lang w:val="fr-FR"/>
        </w:rPr>
        <w:br/>
        <w:t>Cachet officiel de l’entreprise.</w:t>
      </w:r>
    </w:p>
    <w:p w14:paraId="63E5E5ED" w14:textId="004A13D6" w:rsidR="000C00EB" w:rsidRPr="000C00EB" w:rsidRDefault="000C00EB">
      <w:pPr>
        <w:rPr>
          <w:lang w:val="fr-FR"/>
        </w:rPr>
      </w:pPr>
    </w:p>
    <w:sectPr w:rsidR="000C00EB" w:rsidRPr="000C00EB" w:rsidSect="008E16E8">
      <w:headerReference w:type="default" r:id="rId15"/>
      <w:footerReference w:type="default" r:id="rId16"/>
      <w:pgSz w:w="12240" w:h="15840"/>
      <w:pgMar w:top="1440" w:right="1800" w:bottom="1440" w:left="1800" w:header="720" w:footer="28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FE3A36" w14:textId="77777777" w:rsidR="005A02DF" w:rsidRDefault="005A02DF">
      <w:pPr>
        <w:spacing w:after="0" w:line="240" w:lineRule="auto"/>
      </w:pPr>
      <w:r>
        <w:separator/>
      </w:r>
    </w:p>
  </w:endnote>
  <w:endnote w:type="continuationSeparator" w:id="0">
    <w:p w14:paraId="79E55417" w14:textId="77777777" w:rsidR="005A02DF" w:rsidRDefault="005A02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208DB8" w14:textId="77777777" w:rsidR="008E16E8" w:rsidRPr="008E16E8" w:rsidRDefault="008E16E8" w:rsidP="008E16E8">
    <w:pPr>
      <w:spacing w:line="240" w:lineRule="auto"/>
      <w:jc w:val="center"/>
      <w:rPr>
        <w:sz w:val="18"/>
        <w:szCs w:val="16"/>
      </w:rPr>
    </w:pPr>
    <w:r w:rsidRPr="008E16E8">
      <w:rPr>
        <w:sz w:val="18"/>
        <w:szCs w:val="16"/>
      </w:rPr>
      <w:t>Telcotec; SARL; Bloc I2 A14 Elgazala Technopark, Ariana - Tunisie</w:t>
    </w:r>
  </w:p>
  <w:p w14:paraId="64E9BA23" w14:textId="77777777" w:rsidR="008E16E8" w:rsidRPr="008E16E8" w:rsidRDefault="008E16E8" w:rsidP="008E16E8">
    <w:pPr>
      <w:spacing w:line="240" w:lineRule="auto"/>
      <w:jc w:val="center"/>
      <w:rPr>
        <w:sz w:val="18"/>
        <w:szCs w:val="18"/>
      </w:rPr>
    </w:pPr>
    <w:r w:rsidRPr="008E16E8">
      <w:rPr>
        <w:sz w:val="18"/>
        <w:szCs w:val="16"/>
      </w:rPr>
      <w:t>MF: 1383621J/A/M/000; RC: B0318942015; Tel/Fax: (+216) 71 85 74 98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2DE8F7" w14:textId="77777777" w:rsidR="005A02DF" w:rsidRDefault="005A02DF">
      <w:pPr>
        <w:spacing w:after="0" w:line="240" w:lineRule="auto"/>
      </w:pPr>
      <w:r>
        <w:separator/>
      </w:r>
    </w:p>
  </w:footnote>
  <w:footnote w:type="continuationSeparator" w:id="0">
    <w:p w14:paraId="77F42B23" w14:textId="77777777" w:rsidR="005A02DF" w:rsidRDefault="005A02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1407C4" w14:textId="77777777" w:rsidR="005C612B" w:rsidRPr="008E16E8" w:rsidRDefault="008E16E8" w:rsidP="008E16E8">
    <w:pPr>
      <w:pStyle w:val="En-tte"/>
    </w:pPr>
    <w:r>
      <w:rPr>
        <w:noProof/>
      </w:rPr>
      <w:drawing>
        <wp:anchor distT="0" distB="0" distL="114300" distR="114300" simplePos="0" relativeHeight="251661312" behindDoc="0" locked="0" layoutInCell="1" allowOverlap="1" wp14:anchorId="1FCCB787" wp14:editId="0BA9670D">
          <wp:simplePos x="0" y="0"/>
          <wp:positionH relativeFrom="column">
            <wp:posOffset>-844955</wp:posOffset>
          </wp:positionH>
          <wp:positionV relativeFrom="paragraph">
            <wp:posOffset>-220980</wp:posOffset>
          </wp:positionV>
          <wp:extent cx="845820" cy="518055"/>
          <wp:effectExtent l="0" t="0" r="0" b="0"/>
          <wp:wrapThrough wrapText="bothSides">
            <wp:wrapPolygon edited="0">
              <wp:start x="0" y="0"/>
              <wp:lineTo x="0" y="20672"/>
              <wp:lineTo x="20919" y="20672"/>
              <wp:lineTo x="20919" y="0"/>
              <wp:lineTo x="0" y="0"/>
            </wp:wrapPolygon>
          </wp:wrapThrough>
          <wp:docPr id="1651792974" name="Image 1651792974" descr="Une image contenant Police, logo, Graphique, Bleu électriqu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 descr="Une image contenant Police, logo, Graphique, Bleu électrique&#10;&#10;Description générée automatiquement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5820" cy="518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9E56387"/>
    <w:multiLevelType w:val="multilevel"/>
    <w:tmpl w:val="F2A44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2A5EB5"/>
    <w:multiLevelType w:val="multilevel"/>
    <w:tmpl w:val="12189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4A16814"/>
    <w:multiLevelType w:val="multilevel"/>
    <w:tmpl w:val="2B26C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1773427">
    <w:abstractNumId w:val="8"/>
  </w:num>
  <w:num w:numId="2" w16cid:durableId="1856378399">
    <w:abstractNumId w:val="6"/>
  </w:num>
  <w:num w:numId="3" w16cid:durableId="506554191">
    <w:abstractNumId w:val="5"/>
  </w:num>
  <w:num w:numId="4" w16cid:durableId="283847131">
    <w:abstractNumId w:val="4"/>
  </w:num>
  <w:num w:numId="5" w16cid:durableId="1810592119">
    <w:abstractNumId w:val="7"/>
  </w:num>
  <w:num w:numId="6" w16cid:durableId="1084960730">
    <w:abstractNumId w:val="3"/>
  </w:num>
  <w:num w:numId="7" w16cid:durableId="1621305567">
    <w:abstractNumId w:val="2"/>
  </w:num>
  <w:num w:numId="8" w16cid:durableId="1381831025">
    <w:abstractNumId w:val="1"/>
  </w:num>
  <w:num w:numId="9" w16cid:durableId="459736399">
    <w:abstractNumId w:val="0"/>
  </w:num>
  <w:num w:numId="10" w16cid:durableId="195967745">
    <w:abstractNumId w:val="9"/>
  </w:num>
  <w:num w:numId="11" w16cid:durableId="27727371">
    <w:abstractNumId w:val="11"/>
  </w:num>
  <w:num w:numId="12" w16cid:durableId="52182156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C00EB"/>
    <w:rsid w:val="0015074B"/>
    <w:rsid w:val="0029639D"/>
    <w:rsid w:val="00303D93"/>
    <w:rsid w:val="00322D4A"/>
    <w:rsid w:val="0032565B"/>
    <w:rsid w:val="00326F90"/>
    <w:rsid w:val="00440082"/>
    <w:rsid w:val="00542099"/>
    <w:rsid w:val="005A02DF"/>
    <w:rsid w:val="005C612B"/>
    <w:rsid w:val="006B0CA0"/>
    <w:rsid w:val="008476F4"/>
    <w:rsid w:val="008E16E8"/>
    <w:rsid w:val="00AA1D8D"/>
    <w:rsid w:val="00B47730"/>
    <w:rsid w:val="00C14761"/>
    <w:rsid w:val="00CB0664"/>
    <w:rsid w:val="00DA46A7"/>
    <w:rsid w:val="00E9749B"/>
    <w:rsid w:val="00EF0DAE"/>
    <w:rsid w:val="00F670A6"/>
    <w:rsid w:val="00F741EA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E6F0E9"/>
  <w14:defaultImageDpi w14:val="300"/>
  <w15:docId w15:val="{92676F68-25DC-4D46-A4E1-999822827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itre1">
    <w:name w:val="heading 1"/>
    <w:basedOn w:val="Normal"/>
    <w:next w:val="Normal"/>
    <w:link w:val="Titre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18BF"/>
  </w:style>
  <w:style w:type="paragraph" w:styleId="Pieddepage">
    <w:name w:val="footer"/>
    <w:basedOn w:val="Normal"/>
    <w:link w:val="Pieddepag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18BF"/>
  </w:style>
  <w:style w:type="paragraph" w:styleId="Sansinterligne">
    <w:name w:val="No Spacing"/>
    <w:uiPriority w:val="1"/>
    <w:qFormat/>
    <w:rsid w:val="00FC693F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">
    <w:name w:val="Title"/>
    <w:basedOn w:val="Normal"/>
    <w:next w:val="Normal"/>
    <w:link w:val="Titre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99"/>
    <w:unhideWhenUsed/>
    <w:rsid w:val="00AA1D8D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rsid w:val="00AA1D8D"/>
  </w:style>
  <w:style w:type="paragraph" w:styleId="Corpsdetexte2">
    <w:name w:val="Body Text 2"/>
    <w:basedOn w:val="Normal"/>
    <w:link w:val="Corpsdetexte2Car"/>
    <w:uiPriority w:val="99"/>
    <w:unhideWhenUsed/>
    <w:rsid w:val="00AA1D8D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rsid w:val="00AA1D8D"/>
  </w:style>
  <w:style w:type="paragraph" w:styleId="Corpsdetexte3">
    <w:name w:val="Body Text 3"/>
    <w:basedOn w:val="Normal"/>
    <w:link w:val="Corpsdetex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sid w:val="00AA1D8D"/>
    <w:rPr>
      <w:sz w:val="16"/>
      <w:szCs w:val="16"/>
    </w:rPr>
  </w:style>
  <w:style w:type="paragraph" w:styleId="Liste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epuc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epuc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epuc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enum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enum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enum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e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edemacro">
    <w:name w:val="macro"/>
    <w:link w:val="Textede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rsid w:val="0029639D"/>
    <w:rPr>
      <w:rFonts w:ascii="Courier" w:hAnsi="Courier"/>
      <w:sz w:val="20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FC693F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FC693F"/>
    <w:rPr>
      <w:i/>
      <w:iCs/>
      <w:color w:val="000000" w:themeColor="text1"/>
    </w:rPr>
  </w:style>
  <w:style w:type="character" w:customStyle="1" w:styleId="Titre4Car">
    <w:name w:val="Titre 4 Car"/>
    <w:basedOn w:val="Policepardfaut"/>
    <w:link w:val="Titre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lev">
    <w:name w:val="Strong"/>
    <w:basedOn w:val="Policepardfaut"/>
    <w:uiPriority w:val="22"/>
    <w:qFormat/>
    <w:rsid w:val="00FC693F"/>
    <w:rPr>
      <w:b/>
      <w:bCs/>
    </w:rPr>
  </w:style>
  <w:style w:type="character" w:styleId="Accentuation">
    <w:name w:val="Emphasis"/>
    <w:basedOn w:val="Policepardfaut"/>
    <w:uiPriority w:val="20"/>
    <w:qFormat/>
    <w:rsid w:val="00FC693F"/>
    <w:rPr>
      <w:i/>
      <w:iCs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C693F"/>
    <w:rPr>
      <w:b/>
      <w:bCs/>
      <w:i/>
      <w:iCs/>
      <w:color w:val="4F81BD" w:themeColor="accent1"/>
    </w:rPr>
  </w:style>
  <w:style w:type="character" w:styleId="Accentuationlgre">
    <w:name w:val="Subtle Emphasis"/>
    <w:basedOn w:val="Policepardfaut"/>
    <w:uiPriority w:val="19"/>
    <w:qFormat/>
    <w:rsid w:val="00FC693F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FC693F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FC693F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FC693F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FC693F"/>
    <w:pPr>
      <w:outlineLvl w:val="9"/>
    </w:pPr>
  </w:style>
  <w:style w:type="table" w:styleId="Grilledutableau">
    <w:name w:val="Table Grid"/>
    <w:basedOn w:val="Tableau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Ombrageclair">
    <w:name w:val="Light Shading"/>
    <w:basedOn w:val="Tableau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claire-Accent2">
    <w:name w:val="Light Shading Accent 2"/>
    <w:basedOn w:val="Tableau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3">
    <w:name w:val="Light Shading Accent 3"/>
    <w:basedOn w:val="Tableau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Trameclaire-Accent4">
    <w:name w:val="Light Shading Accent 4"/>
    <w:basedOn w:val="Tableau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Trameclaire-Accent5">
    <w:name w:val="Light Shading Accent 5"/>
    <w:basedOn w:val="Tableau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6">
    <w:name w:val="Light Shading Accent 6"/>
    <w:basedOn w:val="Tableau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eclaire">
    <w:name w:val="Light List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2">
    <w:name w:val="Light List Accent 2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eclaire-Accent3">
    <w:name w:val="Light List Accent 3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4">
    <w:name w:val="Light List Accent 4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5">
    <w:name w:val="Light List Accent 5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eclaire-Accent6">
    <w:name w:val="Light List Accent 6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illeclaire">
    <w:name w:val="Light Grid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illeclaire-Accent2">
    <w:name w:val="Light Grid Accent 2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illeclaire-Accent3">
    <w:name w:val="Light Grid Accent 3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claire-Accent4">
    <w:name w:val="Light Grid Accent 4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illeclaire-Accent5">
    <w:name w:val="Light Grid Accent 5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claire-Accent6">
    <w:name w:val="Light Grid Accent 6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Tramemoyenne1">
    <w:name w:val="Medium Shading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emoyenne1">
    <w:name w:val="Medium Lis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emoyenne1-Accent2">
    <w:name w:val="Medium List 1 Accent 2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emoyenne1-Accent3">
    <w:name w:val="Medium List 1 Accent 3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emoyenne1-Accent4">
    <w:name w:val="Medium List 1 Accent 4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emoyenne1-Accent5">
    <w:name w:val="Medium List 1 Accent 5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emoyenne1-Accent6">
    <w:name w:val="Medium List 1 Accent 6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emoyenne2">
    <w:name w:val="Medium Lis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illemoyenne1">
    <w:name w:val="Medium Grid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illemoyenne2">
    <w:name w:val="Medium Grid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efonce">
    <w:name w:val="Dark List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efonce-Accent2">
    <w:name w:val="Dark List Accent 2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efonce-Accent3">
    <w:name w:val="Dark List Accent 3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efonce-Accent4">
    <w:name w:val="Dark List Accent 4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efonce-Accent5">
    <w:name w:val="Dark List Accent 5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efonce-Accent6">
    <w:name w:val="Dark List Accent 6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Tramecouleur">
    <w:name w:val="Colorful Shading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ecouleur">
    <w:name w:val="Colorful List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ecouleur-Accent2">
    <w:name w:val="Colorful List Accent 2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ecouleur-Accent3">
    <w:name w:val="Colorful List Accent 3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ouleur-Accent4">
    <w:name w:val="Colorful List Accent 4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couleur-Accent5">
    <w:name w:val="Colorful List Accent 5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couleur-Accent6">
    <w:name w:val="Colorful List Accent 6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llecouleur">
    <w:name w:val="Colorful Grid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couleur-Accent2">
    <w:name w:val="Colorful Grid Accent 2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couleur-Accent3">
    <w:name w:val="Colorful Grid Accent 3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couleur-Accent4">
    <w:name w:val="Colorful Grid Accent 4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couleur-Accent5">
    <w:name w:val="Colorful Grid Accent 5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couleur-Accent6">
    <w:name w:val="Colorful Grid Accent 6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3</Pages>
  <Words>472</Words>
  <Characters>2598</Characters>
  <Application>Microsoft Office Word</Application>
  <DocSecurity>0</DocSecurity>
  <Lines>21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3064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Ahmed Ala</cp:lastModifiedBy>
  <cp:revision>7</cp:revision>
  <cp:lastPrinted>2025-08-28T10:41:00Z</cp:lastPrinted>
  <dcterms:created xsi:type="dcterms:W3CDTF">2013-12-23T23:15:00Z</dcterms:created>
  <dcterms:modified xsi:type="dcterms:W3CDTF">2025-08-29T14:45:00Z</dcterms:modified>
  <cp:category/>
</cp:coreProperties>
</file>